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A16F" w14:textId="77777777" w:rsidR="00F3014B" w:rsidRDefault="00CC3313">
      <w:pPr>
        <w:pStyle w:val="Title"/>
        <w:jc w:val="center"/>
      </w:pPr>
      <w:r>
        <w:t>Lunchtime Supervisor</w:t>
      </w:r>
    </w:p>
    <w:p w14:paraId="1877B759" w14:textId="77777777" w:rsidR="00F3014B" w:rsidRDefault="00CC3313">
      <w:pPr>
        <w:spacing w:after="160"/>
        <w:jc w:val="center"/>
      </w:pPr>
      <w:r>
        <w:rPr>
          <w:b/>
          <w:color w:val="C9A227"/>
          <w:sz w:val="20"/>
        </w:rPr>
        <w:t>JOB ADVERT &amp; JOB DESCRIPTION</w:t>
      </w:r>
    </w:p>
    <w:tbl>
      <w:tblPr>
        <w:tblW w:w="0" w:type="auto"/>
        <w:jc w:val="center"/>
        <w:tblLayout w:type="fixed"/>
        <w:tblLook w:val="04A0" w:firstRow="1" w:lastRow="0" w:firstColumn="1" w:lastColumn="0" w:noHBand="0" w:noVBand="1"/>
      </w:tblPr>
      <w:tblGrid>
        <w:gridCol w:w="10282"/>
      </w:tblGrid>
      <w:tr w:rsidR="00F3014B" w14:paraId="5F46D92C" w14:textId="77777777">
        <w:trPr>
          <w:cantSplit/>
          <w:jc w:val="center"/>
        </w:trPr>
        <w:tc>
          <w:tcPr>
            <w:tcW w:w="10282" w:type="dxa"/>
            <w:shd w:val="clear" w:color="auto" w:fill="F7F3E8"/>
            <w:tcMar>
              <w:top w:w="110" w:type="dxa"/>
              <w:left w:w="150" w:type="dxa"/>
              <w:bottom w:w="110" w:type="dxa"/>
              <w:right w:w="150" w:type="dxa"/>
            </w:tcMar>
          </w:tcPr>
          <w:p w14:paraId="0615FE3A" w14:textId="77777777" w:rsidR="00F3014B" w:rsidRDefault="00CC3313">
            <w:pPr>
              <w:spacing w:after="40"/>
              <w:jc w:val="center"/>
            </w:pPr>
            <w:r>
              <w:rPr>
                <w:b/>
                <w:color w:val="0070C0"/>
                <w:sz w:val="24"/>
              </w:rPr>
              <w:t>Learning for Life, Anchored in Christ</w:t>
            </w:r>
          </w:p>
          <w:p w14:paraId="7B1C0E80" w14:textId="77777777" w:rsidR="00F3014B" w:rsidRDefault="00CC3313">
            <w:pPr>
              <w:spacing w:after="0"/>
              <w:jc w:val="center"/>
            </w:pPr>
            <w:r>
              <w:rPr>
                <w:sz w:val="18"/>
              </w:rPr>
              <w:t>We seek a positive, kind and dependable colleague who will model Hope, Service, Dignity, Courage, Humility and Compassion in every interaction.</w:t>
            </w:r>
          </w:p>
        </w:tc>
      </w:tr>
    </w:tbl>
    <w:p w14:paraId="7B7BA67F" w14:textId="77777777" w:rsidR="00F3014B" w:rsidRDefault="00CC3313">
      <w:pPr>
        <w:pStyle w:val="Heading1"/>
      </w:pPr>
      <w:r>
        <w:t>Job details</w:t>
      </w:r>
    </w:p>
    <w:tbl>
      <w:tblPr>
        <w:tblW w:w="0" w:type="auto"/>
        <w:jc w:val="center"/>
        <w:tblLayout w:type="fixed"/>
        <w:tblLook w:val="04A0" w:firstRow="1" w:lastRow="0" w:firstColumn="1" w:lastColumn="0" w:noHBand="0" w:noVBand="1"/>
      </w:tblPr>
      <w:tblGrid>
        <w:gridCol w:w="2232"/>
        <w:gridCol w:w="7848"/>
      </w:tblGrid>
      <w:tr w:rsidR="00F3014B" w14:paraId="137D2243" w14:textId="77777777" w:rsidTr="101BEA8D">
        <w:trPr>
          <w:cantSplit/>
          <w:jc w:val="center"/>
        </w:trPr>
        <w:tc>
          <w:tcPr>
            <w:tcW w:w="2232" w:type="dxa"/>
            <w:shd w:val="clear" w:color="auto" w:fill="0E2841"/>
            <w:tcMar>
              <w:top w:w="90" w:type="dxa"/>
              <w:left w:w="100" w:type="dxa"/>
              <w:bottom w:w="90" w:type="dxa"/>
              <w:right w:w="100" w:type="dxa"/>
            </w:tcMar>
            <w:vAlign w:val="center"/>
          </w:tcPr>
          <w:p w14:paraId="5F4D2911" w14:textId="77777777" w:rsidR="00F3014B" w:rsidRDefault="00CC3313">
            <w:pPr>
              <w:spacing w:after="0" w:line="252" w:lineRule="auto"/>
            </w:pPr>
            <w:r>
              <w:rPr>
                <w:b/>
                <w:color w:val="FFFFFF"/>
                <w:sz w:val="18"/>
              </w:rPr>
              <w:t>Job title</w:t>
            </w:r>
          </w:p>
        </w:tc>
        <w:tc>
          <w:tcPr>
            <w:tcW w:w="7848" w:type="dxa"/>
            <w:shd w:val="clear" w:color="auto" w:fill="EAF0F4"/>
            <w:tcMar>
              <w:top w:w="90" w:type="dxa"/>
              <w:left w:w="100" w:type="dxa"/>
              <w:bottom w:w="90" w:type="dxa"/>
              <w:right w:w="100" w:type="dxa"/>
            </w:tcMar>
            <w:vAlign w:val="center"/>
          </w:tcPr>
          <w:p w14:paraId="7894B03C" w14:textId="77777777" w:rsidR="00F3014B" w:rsidRDefault="00CC3313">
            <w:pPr>
              <w:spacing w:after="0" w:line="252" w:lineRule="auto"/>
            </w:pPr>
            <w:r>
              <w:rPr>
                <w:sz w:val="18"/>
              </w:rPr>
              <w:t>Lunchtime Supervisor</w:t>
            </w:r>
          </w:p>
        </w:tc>
      </w:tr>
      <w:tr w:rsidR="00F3014B" w14:paraId="6D269F65" w14:textId="77777777" w:rsidTr="101BEA8D">
        <w:trPr>
          <w:cantSplit/>
          <w:jc w:val="center"/>
        </w:trPr>
        <w:tc>
          <w:tcPr>
            <w:tcW w:w="2232" w:type="dxa"/>
            <w:shd w:val="clear" w:color="auto" w:fill="0E2841"/>
            <w:tcMar>
              <w:top w:w="90" w:type="dxa"/>
              <w:left w:w="100" w:type="dxa"/>
              <w:bottom w:w="90" w:type="dxa"/>
              <w:right w:w="100" w:type="dxa"/>
            </w:tcMar>
            <w:vAlign w:val="center"/>
          </w:tcPr>
          <w:p w14:paraId="1022DA8B" w14:textId="77777777" w:rsidR="00F3014B" w:rsidRDefault="00CC3313">
            <w:pPr>
              <w:spacing w:after="0" w:line="252" w:lineRule="auto"/>
            </w:pPr>
            <w:r>
              <w:rPr>
                <w:b/>
                <w:color w:val="FFFFFF"/>
                <w:sz w:val="18"/>
              </w:rPr>
              <w:t>Reporting to</w:t>
            </w:r>
          </w:p>
        </w:tc>
        <w:tc>
          <w:tcPr>
            <w:tcW w:w="7848" w:type="dxa"/>
            <w:shd w:val="clear" w:color="auto" w:fill="EAF0F4"/>
            <w:tcMar>
              <w:top w:w="90" w:type="dxa"/>
              <w:left w:w="100" w:type="dxa"/>
              <w:bottom w:w="90" w:type="dxa"/>
              <w:right w:w="100" w:type="dxa"/>
            </w:tcMar>
            <w:vAlign w:val="center"/>
          </w:tcPr>
          <w:p w14:paraId="4FDF1D30" w14:textId="77777777" w:rsidR="00F3014B" w:rsidRDefault="00CC3313">
            <w:pPr>
              <w:spacing w:after="0" w:line="252" w:lineRule="auto"/>
            </w:pPr>
            <w:r>
              <w:rPr>
                <w:sz w:val="18"/>
              </w:rPr>
              <w:t>Headteacher</w:t>
            </w:r>
          </w:p>
        </w:tc>
      </w:tr>
      <w:tr w:rsidR="00F3014B" w14:paraId="3EDFC9C0" w14:textId="77777777" w:rsidTr="101BEA8D">
        <w:trPr>
          <w:cantSplit/>
          <w:jc w:val="center"/>
        </w:trPr>
        <w:tc>
          <w:tcPr>
            <w:tcW w:w="2232" w:type="dxa"/>
            <w:shd w:val="clear" w:color="auto" w:fill="0E2841"/>
            <w:tcMar>
              <w:top w:w="90" w:type="dxa"/>
              <w:left w:w="100" w:type="dxa"/>
              <w:bottom w:w="90" w:type="dxa"/>
              <w:right w:w="100" w:type="dxa"/>
            </w:tcMar>
            <w:vAlign w:val="center"/>
          </w:tcPr>
          <w:p w14:paraId="39731BAE" w14:textId="77777777" w:rsidR="00F3014B" w:rsidRDefault="00CC3313">
            <w:pPr>
              <w:spacing w:after="0" w:line="252" w:lineRule="auto"/>
            </w:pPr>
            <w:r>
              <w:rPr>
                <w:b/>
                <w:color w:val="FFFFFF"/>
                <w:sz w:val="18"/>
              </w:rPr>
              <w:t>Salary</w:t>
            </w:r>
          </w:p>
        </w:tc>
        <w:tc>
          <w:tcPr>
            <w:tcW w:w="7848" w:type="dxa"/>
            <w:shd w:val="clear" w:color="auto" w:fill="EAF0F4"/>
            <w:tcMar>
              <w:top w:w="90" w:type="dxa"/>
              <w:left w:w="100" w:type="dxa"/>
              <w:bottom w:w="90" w:type="dxa"/>
              <w:right w:w="100" w:type="dxa"/>
            </w:tcMar>
            <w:vAlign w:val="center"/>
          </w:tcPr>
          <w:p w14:paraId="6BA7B795" w14:textId="44890836" w:rsidR="00F3014B" w:rsidRDefault="00CC3313">
            <w:pPr>
              <w:spacing w:after="0" w:line="252" w:lineRule="auto"/>
            </w:pPr>
            <w:r>
              <w:rPr>
                <w:sz w:val="18"/>
              </w:rPr>
              <w:t xml:space="preserve">Band 1, Point </w:t>
            </w:r>
            <w:r w:rsidR="008D46F0">
              <w:rPr>
                <w:sz w:val="18"/>
              </w:rPr>
              <w:t>3</w:t>
            </w:r>
            <w:r>
              <w:rPr>
                <w:sz w:val="18"/>
              </w:rPr>
              <w:t>–4  |  £</w:t>
            </w:r>
            <w:r w:rsidR="00445E52">
              <w:rPr>
                <w:sz w:val="18"/>
              </w:rPr>
              <w:t>4,526.60</w:t>
            </w:r>
            <w:r>
              <w:rPr>
                <w:sz w:val="18"/>
              </w:rPr>
              <w:t>–£</w:t>
            </w:r>
            <w:r w:rsidR="00445E52">
              <w:rPr>
                <w:sz w:val="18"/>
              </w:rPr>
              <w:t>4,597.63</w:t>
            </w:r>
          </w:p>
        </w:tc>
      </w:tr>
      <w:tr w:rsidR="00F3014B" w14:paraId="4DF42525" w14:textId="77777777" w:rsidTr="101BEA8D">
        <w:trPr>
          <w:cantSplit/>
          <w:jc w:val="center"/>
        </w:trPr>
        <w:tc>
          <w:tcPr>
            <w:tcW w:w="2232" w:type="dxa"/>
            <w:shd w:val="clear" w:color="auto" w:fill="0E2841"/>
            <w:tcMar>
              <w:top w:w="90" w:type="dxa"/>
              <w:left w:w="100" w:type="dxa"/>
              <w:bottom w:w="90" w:type="dxa"/>
              <w:right w:w="100" w:type="dxa"/>
            </w:tcMar>
            <w:vAlign w:val="center"/>
          </w:tcPr>
          <w:p w14:paraId="2E472894" w14:textId="77777777" w:rsidR="00F3014B" w:rsidRDefault="00CC3313">
            <w:pPr>
              <w:spacing w:after="0" w:line="252" w:lineRule="auto"/>
            </w:pPr>
            <w:r>
              <w:rPr>
                <w:b/>
                <w:color w:val="FFFFFF"/>
                <w:sz w:val="18"/>
              </w:rPr>
              <w:t>Working hours</w:t>
            </w:r>
          </w:p>
        </w:tc>
        <w:tc>
          <w:tcPr>
            <w:tcW w:w="7848" w:type="dxa"/>
            <w:shd w:val="clear" w:color="auto" w:fill="EAF0F4"/>
            <w:tcMar>
              <w:top w:w="90" w:type="dxa"/>
              <w:left w:w="100" w:type="dxa"/>
              <w:bottom w:w="90" w:type="dxa"/>
              <w:right w:w="100" w:type="dxa"/>
            </w:tcMar>
            <w:vAlign w:val="center"/>
          </w:tcPr>
          <w:p w14:paraId="06A15E80" w14:textId="77777777" w:rsidR="00F3014B" w:rsidRDefault="00CC3313">
            <w:pPr>
              <w:spacing w:after="0" w:line="252" w:lineRule="auto"/>
            </w:pPr>
            <w:r>
              <w:rPr>
                <w:sz w:val="18"/>
              </w:rPr>
              <w:t>11:45–13:15, Monday–Friday</w:t>
            </w:r>
          </w:p>
        </w:tc>
      </w:tr>
      <w:tr w:rsidR="00F3014B" w14:paraId="4B2D4738" w14:textId="77777777" w:rsidTr="101BEA8D">
        <w:trPr>
          <w:cantSplit/>
          <w:jc w:val="center"/>
        </w:trPr>
        <w:tc>
          <w:tcPr>
            <w:tcW w:w="2232" w:type="dxa"/>
            <w:shd w:val="clear" w:color="auto" w:fill="0E2841"/>
            <w:tcMar>
              <w:top w:w="90" w:type="dxa"/>
              <w:left w:w="100" w:type="dxa"/>
              <w:bottom w:w="90" w:type="dxa"/>
              <w:right w:w="100" w:type="dxa"/>
            </w:tcMar>
            <w:vAlign w:val="center"/>
          </w:tcPr>
          <w:p w14:paraId="0351E950" w14:textId="77777777" w:rsidR="00F3014B" w:rsidRDefault="00CC3313">
            <w:pPr>
              <w:spacing w:after="0" w:line="252" w:lineRule="auto"/>
            </w:pPr>
            <w:r>
              <w:rPr>
                <w:b/>
                <w:color w:val="FFFFFF"/>
                <w:sz w:val="18"/>
              </w:rPr>
              <w:t>Contract</w:t>
            </w:r>
          </w:p>
        </w:tc>
        <w:tc>
          <w:tcPr>
            <w:tcW w:w="7848" w:type="dxa"/>
            <w:shd w:val="clear" w:color="auto" w:fill="EAF0F4"/>
            <w:tcMar>
              <w:top w:w="90" w:type="dxa"/>
              <w:left w:w="100" w:type="dxa"/>
              <w:bottom w:w="90" w:type="dxa"/>
              <w:right w:w="100" w:type="dxa"/>
            </w:tcMar>
            <w:vAlign w:val="center"/>
          </w:tcPr>
          <w:p w14:paraId="266166A6" w14:textId="77777777" w:rsidR="00F3014B" w:rsidRDefault="00CC3313">
            <w:pPr>
              <w:spacing w:after="0" w:line="252" w:lineRule="auto"/>
            </w:pPr>
            <w:r>
              <w:rPr>
                <w:sz w:val="18"/>
              </w:rPr>
              <w:t>38 weeks, term-time only (+ 5 INSET days)</w:t>
            </w:r>
          </w:p>
        </w:tc>
      </w:tr>
      <w:tr w:rsidR="00F3014B" w14:paraId="786096A7" w14:textId="77777777" w:rsidTr="101BEA8D">
        <w:trPr>
          <w:cantSplit/>
          <w:jc w:val="center"/>
        </w:trPr>
        <w:tc>
          <w:tcPr>
            <w:tcW w:w="2232" w:type="dxa"/>
            <w:shd w:val="clear" w:color="auto" w:fill="0E2841"/>
            <w:tcMar>
              <w:top w:w="90" w:type="dxa"/>
              <w:left w:w="100" w:type="dxa"/>
              <w:bottom w:w="90" w:type="dxa"/>
              <w:right w:w="100" w:type="dxa"/>
            </w:tcMar>
            <w:vAlign w:val="center"/>
          </w:tcPr>
          <w:p w14:paraId="2FECA710" w14:textId="77777777" w:rsidR="00F3014B" w:rsidRDefault="00CC3313">
            <w:pPr>
              <w:spacing w:after="0" w:line="252" w:lineRule="auto"/>
            </w:pPr>
            <w:r>
              <w:rPr>
                <w:b/>
                <w:color w:val="FFFFFF"/>
                <w:sz w:val="18"/>
              </w:rPr>
              <w:t>Hours per week</w:t>
            </w:r>
          </w:p>
        </w:tc>
        <w:tc>
          <w:tcPr>
            <w:tcW w:w="7848" w:type="dxa"/>
            <w:shd w:val="clear" w:color="auto" w:fill="EAF0F4"/>
            <w:tcMar>
              <w:top w:w="90" w:type="dxa"/>
              <w:left w:w="100" w:type="dxa"/>
              <w:bottom w:w="90" w:type="dxa"/>
              <w:right w:w="100" w:type="dxa"/>
            </w:tcMar>
            <w:vAlign w:val="center"/>
          </w:tcPr>
          <w:p w14:paraId="056373DC" w14:textId="77777777" w:rsidR="00F3014B" w:rsidRDefault="00CC3313">
            <w:pPr>
              <w:spacing w:after="0" w:line="252" w:lineRule="auto"/>
            </w:pPr>
            <w:r>
              <w:rPr>
                <w:sz w:val="18"/>
              </w:rPr>
              <w:t>1.5 hours per day; 7.5 hours per week</w:t>
            </w:r>
          </w:p>
        </w:tc>
      </w:tr>
      <w:tr w:rsidR="00F3014B" w14:paraId="3B5F8A64" w14:textId="77777777" w:rsidTr="101BEA8D">
        <w:trPr>
          <w:cantSplit/>
          <w:jc w:val="center"/>
        </w:trPr>
        <w:tc>
          <w:tcPr>
            <w:tcW w:w="2232" w:type="dxa"/>
            <w:shd w:val="clear" w:color="auto" w:fill="0E2841"/>
            <w:tcMar>
              <w:top w:w="90" w:type="dxa"/>
              <w:left w:w="100" w:type="dxa"/>
              <w:bottom w:w="90" w:type="dxa"/>
              <w:right w:w="100" w:type="dxa"/>
            </w:tcMar>
            <w:vAlign w:val="center"/>
          </w:tcPr>
          <w:p w14:paraId="5112D87C" w14:textId="77777777" w:rsidR="00F3014B" w:rsidRDefault="00CC3313">
            <w:pPr>
              <w:spacing w:after="0" w:line="252" w:lineRule="auto"/>
            </w:pPr>
            <w:r>
              <w:rPr>
                <w:b/>
                <w:color w:val="FFFFFF"/>
                <w:sz w:val="18"/>
              </w:rPr>
              <w:t>Vacancies</w:t>
            </w:r>
          </w:p>
        </w:tc>
        <w:tc>
          <w:tcPr>
            <w:tcW w:w="7848" w:type="dxa"/>
            <w:shd w:val="clear" w:color="auto" w:fill="EAF0F4"/>
            <w:tcMar>
              <w:top w:w="90" w:type="dxa"/>
              <w:left w:w="100" w:type="dxa"/>
              <w:bottom w:w="90" w:type="dxa"/>
              <w:right w:w="100" w:type="dxa"/>
            </w:tcMar>
            <w:vAlign w:val="center"/>
          </w:tcPr>
          <w:p w14:paraId="18F999B5" w14:textId="77777777" w:rsidR="00F3014B" w:rsidRDefault="00CC3313">
            <w:pPr>
              <w:spacing w:after="0" w:line="252" w:lineRule="auto"/>
            </w:pPr>
            <w:r>
              <w:rPr>
                <w:sz w:val="18"/>
              </w:rPr>
              <w:t>2</w:t>
            </w:r>
          </w:p>
        </w:tc>
      </w:tr>
    </w:tbl>
    <w:p w14:paraId="5CF7081C" w14:textId="77777777" w:rsidR="00F3014B" w:rsidRDefault="00CC3313">
      <w:pPr>
        <w:pStyle w:val="Heading1"/>
      </w:pPr>
      <w:r>
        <w:t>Core purpose</w:t>
      </w:r>
    </w:p>
    <w:p w14:paraId="30BB1767" w14:textId="77777777" w:rsidR="00F3014B" w:rsidRDefault="00CC3313">
      <w:pPr>
        <w:spacing w:after="100" w:line="264" w:lineRule="auto"/>
      </w:pPr>
      <w:r>
        <w:t>To supervise and ensure the safety and well-being of pupils throughout the lunchtime period, creating a calm, inclusive and enjoyable environment in which every child is treated with dignity and compassion. The Lunchtime Supervisor will serve the school community with humility, model respectful, helpful, brave, considerate, kind and positive behaviour, and maintain hopeful expectations for every pupil.</w:t>
      </w:r>
    </w:p>
    <w:p w14:paraId="260C09F4" w14:textId="77777777" w:rsidR="00F3014B" w:rsidRDefault="00CC3313">
      <w:pPr>
        <w:pStyle w:val="Heading1"/>
      </w:pPr>
      <w:r>
        <w:t>Our values in this role</w:t>
      </w:r>
    </w:p>
    <w:tbl>
      <w:tblPr>
        <w:tblW w:w="0" w:type="auto"/>
        <w:jc w:val="center"/>
        <w:tblLayout w:type="fixed"/>
        <w:tblLook w:val="04A0" w:firstRow="1" w:lastRow="0" w:firstColumn="1" w:lastColumn="0" w:noHBand="0" w:noVBand="1"/>
      </w:tblPr>
      <w:tblGrid>
        <w:gridCol w:w="3427"/>
        <w:gridCol w:w="3427"/>
        <w:gridCol w:w="3427"/>
      </w:tblGrid>
      <w:tr w:rsidR="00F3014B" w14:paraId="47AE2983" w14:textId="77777777">
        <w:trPr>
          <w:cantSplit/>
          <w:jc w:val="center"/>
        </w:trPr>
        <w:tc>
          <w:tcPr>
            <w:tcW w:w="3427" w:type="dxa"/>
            <w:shd w:val="clear" w:color="auto" w:fill="F7F3E8"/>
            <w:tcMar>
              <w:top w:w="90" w:type="dxa"/>
              <w:left w:w="90" w:type="dxa"/>
              <w:bottom w:w="90" w:type="dxa"/>
              <w:right w:w="90" w:type="dxa"/>
            </w:tcMar>
          </w:tcPr>
          <w:p w14:paraId="72EF918C" w14:textId="77777777" w:rsidR="00F3014B" w:rsidRDefault="00CC3313">
            <w:pPr>
              <w:spacing w:after="40"/>
              <w:jc w:val="center"/>
            </w:pPr>
            <w:r>
              <w:rPr>
                <w:b/>
                <w:color w:val="A02B93"/>
                <w:sz w:val="18"/>
              </w:rPr>
              <w:t>HOPE</w:t>
            </w:r>
          </w:p>
          <w:p w14:paraId="27A9445A" w14:textId="77777777" w:rsidR="00F3014B" w:rsidRDefault="00CC3313">
            <w:pPr>
              <w:spacing w:after="0"/>
              <w:jc w:val="center"/>
            </w:pPr>
            <w:r>
              <w:rPr>
                <w:sz w:val="16"/>
              </w:rPr>
              <w:t>Be positive and help children try again.</w:t>
            </w:r>
          </w:p>
        </w:tc>
        <w:tc>
          <w:tcPr>
            <w:tcW w:w="3427" w:type="dxa"/>
            <w:shd w:val="clear" w:color="auto" w:fill="F7F3E8"/>
            <w:tcMar>
              <w:top w:w="90" w:type="dxa"/>
              <w:left w:w="90" w:type="dxa"/>
              <w:bottom w:w="90" w:type="dxa"/>
              <w:right w:w="90" w:type="dxa"/>
            </w:tcMar>
          </w:tcPr>
          <w:p w14:paraId="421ACD58" w14:textId="77777777" w:rsidR="00F3014B" w:rsidRDefault="00CC3313">
            <w:pPr>
              <w:spacing w:after="40"/>
              <w:jc w:val="center"/>
            </w:pPr>
            <w:r>
              <w:rPr>
                <w:b/>
                <w:color w:val="C00000"/>
                <w:sz w:val="18"/>
              </w:rPr>
              <w:t>SERVICE</w:t>
            </w:r>
          </w:p>
          <w:p w14:paraId="785675AD" w14:textId="77777777" w:rsidR="00F3014B" w:rsidRDefault="00CC3313">
            <w:pPr>
              <w:spacing w:after="0"/>
              <w:jc w:val="center"/>
            </w:pPr>
            <w:r>
              <w:rPr>
                <w:sz w:val="16"/>
              </w:rPr>
              <w:t>Be helpful and contribute to the school community.</w:t>
            </w:r>
          </w:p>
        </w:tc>
        <w:tc>
          <w:tcPr>
            <w:tcW w:w="3427" w:type="dxa"/>
            <w:shd w:val="clear" w:color="auto" w:fill="F7F3E8"/>
            <w:tcMar>
              <w:top w:w="90" w:type="dxa"/>
              <w:left w:w="90" w:type="dxa"/>
              <w:bottom w:w="90" w:type="dxa"/>
              <w:right w:w="90" w:type="dxa"/>
            </w:tcMar>
          </w:tcPr>
          <w:p w14:paraId="5813158E" w14:textId="77777777" w:rsidR="00F3014B" w:rsidRDefault="00CC3313">
            <w:pPr>
              <w:spacing w:after="40"/>
              <w:jc w:val="center"/>
            </w:pPr>
            <w:r>
              <w:rPr>
                <w:b/>
                <w:color w:val="4EA72E"/>
                <w:sz w:val="18"/>
              </w:rPr>
              <w:t>DIGNITY</w:t>
            </w:r>
          </w:p>
          <w:p w14:paraId="4119F8F7" w14:textId="77777777" w:rsidR="00F3014B" w:rsidRDefault="00CC3313">
            <w:pPr>
              <w:spacing w:after="0"/>
              <w:jc w:val="center"/>
            </w:pPr>
            <w:r>
              <w:rPr>
                <w:sz w:val="16"/>
              </w:rPr>
              <w:t>Be respectful and value every person.</w:t>
            </w:r>
          </w:p>
        </w:tc>
      </w:tr>
      <w:tr w:rsidR="00F3014B" w14:paraId="6E346F68" w14:textId="77777777">
        <w:trPr>
          <w:cantSplit/>
          <w:jc w:val="center"/>
        </w:trPr>
        <w:tc>
          <w:tcPr>
            <w:tcW w:w="3427" w:type="dxa"/>
            <w:shd w:val="clear" w:color="auto" w:fill="F7F3E8"/>
            <w:tcMar>
              <w:top w:w="90" w:type="dxa"/>
              <w:left w:w="90" w:type="dxa"/>
              <w:bottom w:w="90" w:type="dxa"/>
              <w:right w:w="90" w:type="dxa"/>
            </w:tcMar>
          </w:tcPr>
          <w:p w14:paraId="7CE3F75E" w14:textId="77777777" w:rsidR="00F3014B" w:rsidRDefault="00CC3313">
            <w:pPr>
              <w:spacing w:after="40"/>
              <w:jc w:val="center"/>
            </w:pPr>
            <w:r>
              <w:rPr>
                <w:b/>
                <w:color w:val="E97132"/>
                <w:sz w:val="18"/>
              </w:rPr>
              <w:t>COURAGE</w:t>
            </w:r>
          </w:p>
          <w:p w14:paraId="29EB17FF" w14:textId="77777777" w:rsidR="00F3014B" w:rsidRDefault="00CC3313">
            <w:pPr>
              <w:spacing w:after="0"/>
              <w:jc w:val="center"/>
            </w:pPr>
            <w:r>
              <w:rPr>
                <w:sz w:val="16"/>
              </w:rPr>
              <w:t>Be brave, act safely and speak up when needed.</w:t>
            </w:r>
          </w:p>
        </w:tc>
        <w:tc>
          <w:tcPr>
            <w:tcW w:w="3427" w:type="dxa"/>
            <w:shd w:val="clear" w:color="auto" w:fill="F7F3E8"/>
            <w:tcMar>
              <w:top w:w="90" w:type="dxa"/>
              <w:left w:w="90" w:type="dxa"/>
              <w:bottom w:w="90" w:type="dxa"/>
              <w:right w:w="90" w:type="dxa"/>
            </w:tcMar>
          </w:tcPr>
          <w:p w14:paraId="4C8AB0F1" w14:textId="77777777" w:rsidR="00F3014B" w:rsidRDefault="00CC3313">
            <w:pPr>
              <w:spacing w:after="40"/>
              <w:jc w:val="center"/>
            </w:pPr>
            <w:r>
              <w:rPr>
                <w:b/>
                <w:color w:val="0070C0"/>
                <w:sz w:val="18"/>
              </w:rPr>
              <w:t>HUMILITY</w:t>
            </w:r>
          </w:p>
          <w:p w14:paraId="1E62234A" w14:textId="77777777" w:rsidR="00F3014B" w:rsidRDefault="00CC3313">
            <w:pPr>
              <w:spacing w:after="0"/>
              <w:jc w:val="center"/>
            </w:pPr>
            <w:r>
              <w:rPr>
                <w:sz w:val="16"/>
              </w:rPr>
              <w:t>Be considerate, listen and learn from feedback.</w:t>
            </w:r>
          </w:p>
        </w:tc>
        <w:tc>
          <w:tcPr>
            <w:tcW w:w="3427" w:type="dxa"/>
            <w:shd w:val="clear" w:color="auto" w:fill="F7F3E8"/>
            <w:tcMar>
              <w:top w:w="90" w:type="dxa"/>
              <w:left w:w="90" w:type="dxa"/>
              <w:bottom w:w="90" w:type="dxa"/>
              <w:right w:w="90" w:type="dxa"/>
            </w:tcMar>
          </w:tcPr>
          <w:p w14:paraId="7429ADB6" w14:textId="77777777" w:rsidR="00F3014B" w:rsidRDefault="00CC3313">
            <w:pPr>
              <w:spacing w:after="40"/>
              <w:jc w:val="center"/>
            </w:pPr>
            <w:r>
              <w:rPr>
                <w:b/>
                <w:color w:val="FFC000"/>
                <w:sz w:val="18"/>
              </w:rPr>
              <w:t>COMPASSION</w:t>
            </w:r>
          </w:p>
          <w:p w14:paraId="73540899" w14:textId="77777777" w:rsidR="00F3014B" w:rsidRDefault="00CC3313">
            <w:pPr>
              <w:spacing w:after="0"/>
              <w:jc w:val="center"/>
            </w:pPr>
            <w:r>
              <w:rPr>
                <w:sz w:val="16"/>
              </w:rPr>
              <w:t>Be kind and notice when someone needs support.</w:t>
            </w:r>
          </w:p>
        </w:tc>
      </w:tr>
    </w:tbl>
    <w:p w14:paraId="04D4C145" w14:textId="77777777" w:rsidR="00F3014B" w:rsidRDefault="00CC3313">
      <w:pPr>
        <w:pStyle w:val="Heading1"/>
      </w:pPr>
      <w:r>
        <w:t>Overview and key responsibilities</w:t>
      </w:r>
    </w:p>
    <w:p w14:paraId="772A107D" w14:textId="77777777" w:rsidR="00F3014B" w:rsidRDefault="00CC3313">
      <w:pPr>
        <w:pStyle w:val="ListBullet"/>
        <w:spacing w:after="70" w:line="259" w:lineRule="auto"/>
        <w:ind w:left="331" w:hanging="202"/>
      </w:pPr>
      <w:r>
        <w:rPr>
          <w:sz w:val="18"/>
        </w:rPr>
        <w:t>Supervise children before, during and after lunch, providing a calm, positive and reassuring adult presence.</w:t>
      </w:r>
    </w:p>
    <w:p w14:paraId="74071B3F" w14:textId="77777777" w:rsidR="00F3014B" w:rsidRDefault="00CC3313">
      <w:pPr>
        <w:pStyle w:val="ListBullet"/>
        <w:spacing w:after="70" w:line="259" w:lineRule="auto"/>
        <w:ind w:left="331" w:hanging="202"/>
      </w:pPr>
      <w:r>
        <w:rPr>
          <w:sz w:val="18"/>
        </w:rPr>
        <w:t>Ensure the health and safety of the children in your charge at all times, showing courage by acting promptly and seeking support whenever necessary.</w:t>
      </w:r>
    </w:p>
    <w:p w14:paraId="6532F2D3" w14:textId="77777777" w:rsidR="00F3014B" w:rsidRDefault="00CC3313">
      <w:pPr>
        <w:pStyle w:val="ListBullet"/>
        <w:spacing w:after="70" w:line="259" w:lineRule="auto"/>
        <w:ind w:left="331" w:hanging="202"/>
      </w:pPr>
      <w:r>
        <w:rPr>
          <w:sz w:val="18"/>
        </w:rPr>
        <w:t>Supervise children as they move around the school, ensuring that they do so in a calm and orderly manner that protects the dignity and safety of others.</w:t>
      </w:r>
    </w:p>
    <w:p w14:paraId="48E0A8F7" w14:textId="77777777" w:rsidR="00F3014B" w:rsidRDefault="00CC3313">
      <w:pPr>
        <w:pStyle w:val="ListBullet"/>
        <w:spacing w:after="70" w:line="259" w:lineRule="auto"/>
        <w:ind w:left="331" w:hanging="202"/>
      </w:pPr>
      <w:r>
        <w:rPr>
          <w:sz w:val="18"/>
        </w:rPr>
        <w:t>Ensure all children play safely; encourage cooperative, inclusive play and help children to show kindness, consideration and good sportsmanship.</w:t>
      </w:r>
    </w:p>
    <w:p w14:paraId="76320717" w14:textId="77777777" w:rsidR="00F3014B" w:rsidRDefault="00CC3313">
      <w:pPr>
        <w:pStyle w:val="ListBullet"/>
        <w:spacing w:after="70" w:line="259" w:lineRule="auto"/>
        <w:ind w:left="331" w:hanging="202"/>
      </w:pPr>
      <w:r>
        <w:rPr>
          <w:sz w:val="18"/>
        </w:rPr>
        <w:t>Manage the behaviour of children in the dining hall and on the playground in line with school policy, using respectful, compassionate and hopeful language and encouraging children to reflect, repair and try again.</w:t>
      </w:r>
    </w:p>
    <w:p w14:paraId="31779555" w14:textId="77777777" w:rsidR="00F3014B" w:rsidRDefault="00CC3313">
      <w:pPr>
        <w:pStyle w:val="ListBullet"/>
        <w:spacing w:after="70" w:line="259" w:lineRule="auto"/>
        <w:ind w:left="331" w:hanging="202"/>
      </w:pPr>
      <w:r>
        <w:rPr>
          <w:sz w:val="18"/>
        </w:rPr>
        <w:t>Oversee the meal routine in the dining hall, promoting a welcoming atmosphere and serving all pupils with patience and humility.</w:t>
      </w:r>
    </w:p>
    <w:p w14:paraId="72C22D50" w14:textId="77777777" w:rsidR="00F3014B" w:rsidRDefault="00CC3313">
      <w:pPr>
        <w:pStyle w:val="ListBullet"/>
        <w:spacing w:after="70" w:line="259" w:lineRule="auto"/>
        <w:ind w:left="331" w:hanging="202"/>
      </w:pPr>
      <w:r>
        <w:rPr>
          <w:sz w:val="18"/>
        </w:rPr>
        <w:t>Encourage children to use cutlery correctly, eat their lunch and remain seated properly at the table until they have finished.</w:t>
      </w:r>
    </w:p>
    <w:p w14:paraId="69D1A6FF" w14:textId="77777777" w:rsidR="00F3014B" w:rsidRDefault="00CC3313">
      <w:pPr>
        <w:pStyle w:val="ListBullet"/>
        <w:spacing w:after="70" w:line="259" w:lineRule="auto"/>
        <w:ind w:left="331" w:hanging="202"/>
      </w:pPr>
      <w:r>
        <w:rPr>
          <w:sz w:val="18"/>
        </w:rPr>
        <w:t>Clear tables and clean spillages, and encourage children to pick up their own litter and contribute positively to the shared environment.</w:t>
      </w:r>
    </w:p>
    <w:p w14:paraId="05EF4BE4" w14:textId="77777777" w:rsidR="00F3014B" w:rsidRDefault="00CC3313">
      <w:pPr>
        <w:pStyle w:val="ListBullet"/>
        <w:spacing w:after="70" w:line="259" w:lineRule="auto"/>
        <w:ind w:left="331" w:hanging="202"/>
      </w:pPr>
      <w:r>
        <w:rPr>
          <w:sz w:val="18"/>
        </w:rPr>
        <w:t>Supervise safe and hygienic toileting and washroom activity, maintaining each child’s privacy and dignity.</w:t>
      </w:r>
    </w:p>
    <w:p w14:paraId="2D5D209C" w14:textId="4A300009" w:rsidR="00F3014B" w:rsidRDefault="101BEA8D">
      <w:pPr>
        <w:pStyle w:val="ListBullet"/>
        <w:spacing w:after="70" w:line="259" w:lineRule="auto"/>
        <w:ind w:left="331" w:hanging="202"/>
      </w:pPr>
      <w:r w:rsidRPr="101BEA8D">
        <w:rPr>
          <w:sz w:val="18"/>
          <w:szCs w:val="18"/>
        </w:rPr>
        <w:lastRenderedPageBreak/>
        <w:t xml:space="preserve">Deal with basic first aid, calling for a first aider when necessary. </w:t>
      </w:r>
    </w:p>
    <w:p w14:paraId="19F8BAAD" w14:textId="77777777" w:rsidR="00F3014B" w:rsidRDefault="00CC3313">
      <w:pPr>
        <w:pStyle w:val="ListBullet"/>
        <w:spacing w:after="70" w:line="259" w:lineRule="auto"/>
        <w:ind w:left="331" w:hanging="202"/>
      </w:pPr>
      <w:r>
        <w:rPr>
          <w:sz w:val="18"/>
        </w:rPr>
        <w:t>Clear up bodily fluids, if needed, in a safe and dignified manner.</w:t>
      </w:r>
    </w:p>
    <w:p w14:paraId="50D02CFD" w14:textId="77777777" w:rsidR="00F3014B" w:rsidRDefault="00CC3313">
      <w:pPr>
        <w:pStyle w:val="ListBullet"/>
        <w:spacing w:after="70" w:line="259" w:lineRule="auto"/>
        <w:ind w:left="331" w:hanging="202"/>
      </w:pPr>
      <w:r>
        <w:rPr>
          <w:sz w:val="18"/>
        </w:rPr>
        <w:t>Maintain confidentiality at all times.</w:t>
      </w:r>
    </w:p>
    <w:p w14:paraId="34F79812" w14:textId="77777777" w:rsidR="00F3014B" w:rsidRDefault="00CC3313">
      <w:pPr>
        <w:pStyle w:val="ListBullet"/>
        <w:spacing w:after="70" w:line="259" w:lineRule="auto"/>
        <w:ind w:left="331" w:hanging="202"/>
      </w:pPr>
      <w:r>
        <w:rPr>
          <w:sz w:val="18"/>
        </w:rPr>
        <w:t>Model the school’s Christian values and associated behaviours by being respectful, helpful, brave, considerate, kind and positive in all interactions with pupils, colleagues and families.</w:t>
      </w:r>
    </w:p>
    <w:p w14:paraId="09F54B5C" w14:textId="77777777" w:rsidR="00F3014B" w:rsidRDefault="00CC3313">
      <w:pPr>
        <w:pStyle w:val="Heading1"/>
      </w:pPr>
      <w:r>
        <w:t>People</w:t>
      </w:r>
    </w:p>
    <w:p w14:paraId="1CC024D3" w14:textId="77777777" w:rsidR="00F3014B" w:rsidRDefault="00CC3313">
      <w:pPr>
        <w:spacing w:after="100" w:line="264" w:lineRule="auto"/>
      </w:pPr>
      <w:r>
        <w:t>You are required to support the care, play and dining of children aged 4–11. You will build positive relationships, recognise and value individual differences, encourage inclusion and independence, and respond to children with compassion while maintaining consistent expectations. You will work collaboratively and humbly with colleagues, sharing relevant information appropriately and contributing to a safe, respectful lunchtime culture.</w:t>
      </w:r>
    </w:p>
    <w:p w14:paraId="021EB3DA" w14:textId="77777777" w:rsidR="00F3014B" w:rsidRDefault="00CC3313">
      <w:pPr>
        <w:pStyle w:val="Heading1"/>
      </w:pPr>
      <w:r>
        <w:t>Safeguarding</w:t>
      </w:r>
    </w:p>
    <w:p w14:paraId="3C2D93E8" w14:textId="22D5659F" w:rsidR="00F3014B" w:rsidRDefault="101BEA8D">
      <w:pPr>
        <w:spacing w:after="100" w:line="264" w:lineRule="auto"/>
      </w:pPr>
      <w:r w:rsidRPr="101BEA8D">
        <w:rPr>
          <w:szCs w:val="19"/>
        </w:rPr>
        <w:t>St Clement’s CoE Academy is committed to keeping children, young people and vulnerable adults safe. The post holder is responsible for promoting and safeguarding the welfare of the children, young people and vulnerable adults for whom they are responsible or with whom they come into contact. The post holder must show courage by reporting concerns promptly, compassion by responding sensitively, dignity by respecting privacy, and humility by seeking guidance when needed.</w:t>
      </w:r>
    </w:p>
    <w:p w14:paraId="13D0B1DC" w14:textId="77777777" w:rsidR="00F3014B" w:rsidRDefault="00CC3313">
      <w:pPr>
        <w:pStyle w:val="Heading1"/>
      </w:pPr>
      <w:r>
        <w:t>Buildings &amp; equipment</w:t>
      </w:r>
    </w:p>
    <w:p w14:paraId="4CFC3CCE" w14:textId="77777777" w:rsidR="00F3014B" w:rsidRDefault="00CC3313">
      <w:pPr>
        <w:spacing w:after="100" w:line="264" w:lineRule="auto"/>
      </w:pPr>
      <w:r>
        <w:t>The post holder is responsible for the handling and safe use of outdoor play equipment and the safe use of cutlery, etc. They will encourage pupils to respect shared resources and spaces and to contribute through service by looking after the school environment.</w:t>
      </w:r>
    </w:p>
    <w:p w14:paraId="697CB9B9" w14:textId="77777777" w:rsidR="00F3014B" w:rsidRDefault="00CC3313">
      <w:pPr>
        <w:pStyle w:val="Heading1"/>
      </w:pPr>
      <w:r>
        <w:t>Health &amp; safety</w:t>
      </w:r>
    </w:p>
    <w:p w14:paraId="61FF226E" w14:textId="77777777" w:rsidR="00F3014B" w:rsidRDefault="00CC3313">
      <w:pPr>
        <w:spacing w:after="100" w:line="264" w:lineRule="auto"/>
      </w:pPr>
      <w:r>
        <w:t>The post holder will be responsible for their own personal health and safety and that of the children in their care. All duties and responsibilities must be carried out in line with the specific requirements detailed in the school Health &amp; Safety and Safeguarding policies. The post holder must act courageously and promptly when a risk is identified and communicate concerns clearly.</w:t>
      </w:r>
    </w:p>
    <w:p w14:paraId="2A0EEA9E" w14:textId="77777777" w:rsidR="00F3014B" w:rsidRDefault="00CC3313">
      <w:pPr>
        <w:pStyle w:val="Heading1"/>
      </w:pPr>
      <w:r>
        <w:t>Policies &amp; procedures</w:t>
      </w:r>
    </w:p>
    <w:p w14:paraId="42EED5ED" w14:textId="77777777" w:rsidR="00F3014B" w:rsidRDefault="00CC3313">
      <w:pPr>
        <w:spacing w:after="100" w:line="264" w:lineRule="auto"/>
      </w:pPr>
      <w:r>
        <w:t>The post holder will be accountable for ensuring that they are aware of relevant school policies and that all duties and responsibilities are carried out in line with the appropriate policies and procedures. They are expected to apply these consistently, respectfully and with professional integrity, seeking clarification with humility when required.</w:t>
      </w:r>
    </w:p>
    <w:p w14:paraId="65DE7CDF" w14:textId="77777777" w:rsidR="00F3014B" w:rsidRDefault="00CC3313">
      <w:pPr>
        <w:pStyle w:val="Heading1"/>
      </w:pPr>
      <w:r>
        <w:t>Equal opportunities</w:t>
      </w:r>
    </w:p>
    <w:p w14:paraId="207FCB76" w14:textId="77777777" w:rsidR="00F3014B" w:rsidRDefault="00CC3313">
      <w:pPr>
        <w:spacing w:after="100" w:line="264" w:lineRule="auto"/>
      </w:pPr>
      <w:r>
        <w:t>The school is committed to Equal Opportunities and expects all staff and volunteers to recognise and value differences and to treat everyone with dignity and respect. The Lunchtime Supervisor will promote inclusion, challenge unkindness or discrimination appropriately, and demonstrate compassion so that every child feels known, valued and able to participate.</w:t>
      </w:r>
    </w:p>
    <w:p w14:paraId="56683990" w14:textId="77777777" w:rsidR="00F3014B" w:rsidRDefault="00CC3313">
      <w:pPr>
        <w:pStyle w:val="Heading1"/>
      </w:pPr>
      <w:r>
        <w:t>Training &amp; development</w:t>
      </w:r>
    </w:p>
    <w:p w14:paraId="42892762" w14:textId="77777777" w:rsidR="00F3014B" w:rsidRDefault="00CC3313">
      <w:pPr>
        <w:pStyle w:val="ListBullet"/>
        <w:spacing w:after="70" w:line="259" w:lineRule="auto"/>
        <w:ind w:left="331" w:hanging="202"/>
      </w:pPr>
      <w:r>
        <w:rPr>
          <w:sz w:val="18"/>
        </w:rPr>
        <w:t>The school is committed to the personal and organisational development of the individual. The post holder will be encouraged to identify and contribute to job-related development needs, receiving feedback with humility and maintaining hope for continuous improvement.</w:t>
      </w:r>
    </w:p>
    <w:p w14:paraId="3EA20706" w14:textId="77777777" w:rsidR="00F3014B" w:rsidRDefault="00CC3313">
      <w:pPr>
        <w:pStyle w:val="ListBullet"/>
        <w:spacing w:after="70" w:line="259" w:lineRule="auto"/>
        <w:ind w:left="331" w:hanging="202"/>
      </w:pPr>
      <w:r>
        <w:rPr>
          <w:sz w:val="18"/>
        </w:rPr>
        <w:t>There are occasions throughout the year when compulsory training takes place. The applicant will be required to attend these training sessions and will be paid for the hours of attendance.</w:t>
      </w:r>
    </w:p>
    <w:p w14:paraId="0885C0B6" w14:textId="77777777" w:rsidR="00F3014B" w:rsidRDefault="00CC3313">
      <w:pPr>
        <w:pStyle w:val="Heading1"/>
      </w:pPr>
      <w:r>
        <w:t>Employment conditions</w:t>
      </w:r>
    </w:p>
    <w:p w14:paraId="6963E646" w14:textId="77777777" w:rsidR="00F3014B" w:rsidRDefault="00CC3313">
      <w:pPr>
        <w:spacing w:after="100" w:line="264" w:lineRule="auto"/>
      </w:pPr>
      <w:r>
        <w:rPr>
          <w:i/>
        </w:rPr>
        <w:t>This post is covered by Part 7 of the Immigration Act (2016) and therefore the ability to speak fluent English is an essential requirement for this role.</w:t>
      </w:r>
    </w:p>
    <w:p w14:paraId="1040ABB3" w14:textId="77777777" w:rsidR="00F3014B" w:rsidRDefault="00CC3313">
      <w:pPr>
        <w:spacing w:after="100" w:line="264" w:lineRule="auto"/>
      </w:pPr>
      <w:r>
        <w:rPr>
          <w:i/>
        </w:rPr>
        <w:t>As a term of your employment, you may reasonably be expected to perform duties of a similar or related nature to those outlined in the job description.</w:t>
      </w:r>
    </w:p>
    <w:p w14:paraId="2737B567" w14:textId="77777777" w:rsidR="00F3014B" w:rsidRDefault="00CC3313">
      <w:pPr>
        <w:spacing w:after="100" w:line="264" w:lineRule="auto"/>
      </w:pPr>
      <w:r>
        <w:rPr>
          <w:i/>
        </w:rPr>
        <w:t xml:space="preserve">This job description will be reviewed and updated periodically to ensure that it relates to the job performed. The work of all MATs and schools changes and develops continuously, which in turn requires employees to adapt and adjust. The functions </w:t>
      </w:r>
      <w:r>
        <w:rPr>
          <w:i/>
        </w:rPr>
        <w:lastRenderedPageBreak/>
        <w:t>and responsibilities above should not therefore be regarded as immutable but may change commensurate with the grading of the post. In these circumstances, it will be the aim to reach agreement on reasonable changes; however, if agreement is not possible, management reserves the right to make changes to the job description following consultation. Any major changes will involve discussion and consultation, which, if wished, may involve a Trade Union/Professional Association representative.</w:t>
      </w:r>
    </w:p>
    <w:p w14:paraId="1084BEC2" w14:textId="77777777" w:rsidR="00F3014B" w:rsidRDefault="00CC3313">
      <w:pPr>
        <w:pStyle w:val="Heading1"/>
      </w:pPr>
      <w:r>
        <w:t>Person specification</w:t>
      </w:r>
    </w:p>
    <w:p w14:paraId="69E5909B" w14:textId="77777777" w:rsidR="00F3014B" w:rsidRDefault="00CC3313">
      <w:pPr>
        <w:spacing w:after="100" w:line="264" w:lineRule="auto"/>
      </w:pPr>
      <w:r>
        <w:t>The successful candidate will demonstrate the following requirements and will be expected to put St Clement’s values into practice through observable professional behaviours.</w:t>
      </w:r>
    </w:p>
    <w:tbl>
      <w:tblPr>
        <w:tblStyle w:val="TableGrid"/>
        <w:tblW w:w="0" w:type="auto"/>
        <w:jc w:val="center"/>
        <w:tblLayout w:type="fixed"/>
        <w:tblLook w:val="04A0" w:firstRow="1" w:lastRow="0" w:firstColumn="1" w:lastColumn="0" w:noHBand="0" w:noVBand="1"/>
      </w:tblPr>
      <w:tblGrid>
        <w:gridCol w:w="7416"/>
        <w:gridCol w:w="893"/>
        <w:gridCol w:w="1008"/>
        <w:gridCol w:w="1224"/>
      </w:tblGrid>
      <w:tr w:rsidR="00F3014B" w14:paraId="66A33C31" w14:textId="77777777">
        <w:trPr>
          <w:cantSplit/>
          <w:tblHeader/>
          <w:jc w:val="center"/>
        </w:trPr>
        <w:tc>
          <w:tcPr>
            <w:tcW w:w="7416" w:type="dxa"/>
            <w:shd w:val="clear" w:color="auto" w:fill="0E2841"/>
            <w:tcMar>
              <w:top w:w="90" w:type="dxa"/>
              <w:left w:w="100" w:type="dxa"/>
              <w:bottom w:w="90" w:type="dxa"/>
              <w:right w:w="100" w:type="dxa"/>
            </w:tcMar>
            <w:vAlign w:val="center"/>
          </w:tcPr>
          <w:p w14:paraId="6C99CAB0" w14:textId="77777777" w:rsidR="00F3014B" w:rsidRDefault="00CC3313">
            <w:pPr>
              <w:spacing w:line="252" w:lineRule="auto"/>
              <w:jc w:val="center"/>
            </w:pPr>
            <w:r>
              <w:rPr>
                <w:b/>
                <w:color w:val="FFFFFF"/>
                <w:sz w:val="16"/>
              </w:rPr>
              <w:t>Knowledge, qualifications, experience and professional behaviours</w:t>
            </w:r>
          </w:p>
        </w:tc>
        <w:tc>
          <w:tcPr>
            <w:tcW w:w="893" w:type="dxa"/>
            <w:shd w:val="clear" w:color="auto" w:fill="0E2841"/>
            <w:tcMar>
              <w:top w:w="90" w:type="dxa"/>
              <w:left w:w="100" w:type="dxa"/>
              <w:bottom w:w="90" w:type="dxa"/>
              <w:right w:w="100" w:type="dxa"/>
            </w:tcMar>
            <w:vAlign w:val="center"/>
          </w:tcPr>
          <w:p w14:paraId="0895C2DB" w14:textId="77777777" w:rsidR="00F3014B" w:rsidRDefault="00CC3313">
            <w:pPr>
              <w:spacing w:line="252" w:lineRule="auto"/>
              <w:jc w:val="center"/>
            </w:pPr>
            <w:r>
              <w:rPr>
                <w:b/>
                <w:color w:val="FFFFFF"/>
                <w:sz w:val="16"/>
              </w:rPr>
              <w:t>Essential</w:t>
            </w:r>
          </w:p>
        </w:tc>
        <w:tc>
          <w:tcPr>
            <w:tcW w:w="1008" w:type="dxa"/>
            <w:shd w:val="clear" w:color="auto" w:fill="0E2841"/>
            <w:tcMar>
              <w:top w:w="90" w:type="dxa"/>
              <w:left w:w="100" w:type="dxa"/>
              <w:bottom w:w="90" w:type="dxa"/>
              <w:right w:w="100" w:type="dxa"/>
            </w:tcMar>
            <w:vAlign w:val="center"/>
          </w:tcPr>
          <w:p w14:paraId="248B3EE6" w14:textId="77777777" w:rsidR="00F3014B" w:rsidRDefault="00CC3313">
            <w:pPr>
              <w:spacing w:line="252" w:lineRule="auto"/>
              <w:jc w:val="center"/>
            </w:pPr>
            <w:r>
              <w:rPr>
                <w:b/>
                <w:color w:val="FFFFFF"/>
                <w:sz w:val="16"/>
              </w:rPr>
              <w:t>Desirable</w:t>
            </w:r>
          </w:p>
        </w:tc>
        <w:tc>
          <w:tcPr>
            <w:tcW w:w="1224" w:type="dxa"/>
            <w:shd w:val="clear" w:color="auto" w:fill="0E2841"/>
            <w:tcMar>
              <w:top w:w="90" w:type="dxa"/>
              <w:left w:w="100" w:type="dxa"/>
              <w:bottom w:w="90" w:type="dxa"/>
              <w:right w:w="100" w:type="dxa"/>
            </w:tcMar>
            <w:vAlign w:val="center"/>
          </w:tcPr>
          <w:p w14:paraId="18F847D7" w14:textId="77777777" w:rsidR="00F3014B" w:rsidRDefault="00CC3313">
            <w:pPr>
              <w:spacing w:line="252" w:lineRule="auto"/>
              <w:jc w:val="center"/>
            </w:pPr>
            <w:r>
              <w:rPr>
                <w:b/>
                <w:color w:val="FFFFFF"/>
                <w:sz w:val="16"/>
              </w:rPr>
              <w:t>Measured by</w:t>
            </w:r>
          </w:p>
        </w:tc>
      </w:tr>
      <w:tr w:rsidR="00F3014B" w14:paraId="3ECEC945" w14:textId="77777777">
        <w:trPr>
          <w:cantSplit/>
          <w:jc w:val="center"/>
        </w:trPr>
        <w:tc>
          <w:tcPr>
            <w:tcW w:w="7416" w:type="dxa"/>
            <w:shd w:val="clear" w:color="auto" w:fill="F7F3E8"/>
            <w:tcMar>
              <w:top w:w="90" w:type="dxa"/>
              <w:left w:w="100" w:type="dxa"/>
              <w:bottom w:w="90" w:type="dxa"/>
              <w:right w:w="100" w:type="dxa"/>
            </w:tcMar>
            <w:vAlign w:val="center"/>
          </w:tcPr>
          <w:p w14:paraId="72239E42" w14:textId="77777777" w:rsidR="00F3014B" w:rsidRDefault="00CC3313">
            <w:pPr>
              <w:spacing w:line="252" w:lineRule="auto"/>
            </w:pPr>
            <w:r>
              <w:rPr>
                <w:sz w:val="16"/>
              </w:rPr>
              <w:t>English GCSE Grade C or equivalent</w:t>
            </w:r>
          </w:p>
        </w:tc>
        <w:tc>
          <w:tcPr>
            <w:tcW w:w="893" w:type="dxa"/>
            <w:shd w:val="clear" w:color="auto" w:fill="F7F3E8"/>
            <w:tcMar>
              <w:top w:w="90" w:type="dxa"/>
              <w:left w:w="100" w:type="dxa"/>
              <w:bottom w:w="90" w:type="dxa"/>
              <w:right w:w="100" w:type="dxa"/>
            </w:tcMar>
            <w:vAlign w:val="center"/>
          </w:tcPr>
          <w:p w14:paraId="77347F75" w14:textId="77777777" w:rsidR="00F3014B" w:rsidRDefault="00CC3313">
            <w:pPr>
              <w:spacing w:line="252" w:lineRule="auto"/>
              <w:jc w:val="center"/>
            </w:pPr>
            <w:r>
              <w:rPr>
                <w:sz w:val="16"/>
              </w:rPr>
              <w:t>*</w:t>
            </w:r>
          </w:p>
        </w:tc>
        <w:tc>
          <w:tcPr>
            <w:tcW w:w="1008" w:type="dxa"/>
            <w:shd w:val="clear" w:color="auto" w:fill="F7F3E8"/>
            <w:tcMar>
              <w:top w:w="90" w:type="dxa"/>
              <w:left w:w="100" w:type="dxa"/>
              <w:bottom w:w="90" w:type="dxa"/>
              <w:right w:w="100" w:type="dxa"/>
            </w:tcMar>
            <w:vAlign w:val="center"/>
          </w:tcPr>
          <w:p w14:paraId="672A6659" w14:textId="77777777" w:rsidR="00F3014B" w:rsidRDefault="00F3014B">
            <w:pPr>
              <w:spacing w:line="252" w:lineRule="auto"/>
              <w:jc w:val="center"/>
            </w:pPr>
          </w:p>
        </w:tc>
        <w:tc>
          <w:tcPr>
            <w:tcW w:w="1224" w:type="dxa"/>
            <w:shd w:val="clear" w:color="auto" w:fill="F7F3E8"/>
            <w:tcMar>
              <w:top w:w="90" w:type="dxa"/>
              <w:left w:w="100" w:type="dxa"/>
              <w:bottom w:w="90" w:type="dxa"/>
              <w:right w:w="100" w:type="dxa"/>
            </w:tcMar>
            <w:vAlign w:val="center"/>
          </w:tcPr>
          <w:p w14:paraId="5316D17B" w14:textId="77777777" w:rsidR="00F3014B" w:rsidRDefault="00CC3313">
            <w:pPr>
              <w:spacing w:line="252" w:lineRule="auto"/>
              <w:jc w:val="center"/>
            </w:pPr>
            <w:r>
              <w:rPr>
                <w:sz w:val="16"/>
              </w:rPr>
              <w:t>A</w:t>
            </w:r>
          </w:p>
        </w:tc>
      </w:tr>
      <w:tr w:rsidR="00F3014B" w14:paraId="24AD1313" w14:textId="77777777">
        <w:trPr>
          <w:cantSplit/>
          <w:jc w:val="center"/>
        </w:trPr>
        <w:tc>
          <w:tcPr>
            <w:tcW w:w="7416" w:type="dxa"/>
            <w:shd w:val="clear" w:color="auto" w:fill="FFFFFF"/>
            <w:tcMar>
              <w:top w:w="90" w:type="dxa"/>
              <w:left w:w="100" w:type="dxa"/>
              <w:bottom w:w="90" w:type="dxa"/>
              <w:right w:w="100" w:type="dxa"/>
            </w:tcMar>
            <w:vAlign w:val="center"/>
          </w:tcPr>
          <w:p w14:paraId="6FC33BFF" w14:textId="77777777" w:rsidR="00F3014B" w:rsidRDefault="00CC3313">
            <w:pPr>
              <w:spacing w:line="252" w:lineRule="auto"/>
            </w:pPr>
            <w:r>
              <w:rPr>
                <w:sz w:val="16"/>
              </w:rPr>
              <w:t>Ability to communicate effectively and respectfully with children and adults, listening carefully and using kind, positive language</w:t>
            </w:r>
          </w:p>
        </w:tc>
        <w:tc>
          <w:tcPr>
            <w:tcW w:w="893" w:type="dxa"/>
            <w:shd w:val="clear" w:color="auto" w:fill="FFFFFF"/>
            <w:tcMar>
              <w:top w:w="90" w:type="dxa"/>
              <w:left w:w="100" w:type="dxa"/>
              <w:bottom w:w="90" w:type="dxa"/>
              <w:right w:w="100" w:type="dxa"/>
            </w:tcMar>
            <w:vAlign w:val="center"/>
          </w:tcPr>
          <w:p w14:paraId="4C3940C2"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0A37501D"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4E0C0DA9" w14:textId="77777777" w:rsidR="00F3014B" w:rsidRDefault="00CC3313">
            <w:pPr>
              <w:spacing w:line="252" w:lineRule="auto"/>
              <w:jc w:val="center"/>
            </w:pPr>
            <w:r>
              <w:rPr>
                <w:sz w:val="16"/>
              </w:rPr>
              <w:t>I, Ass</w:t>
            </w:r>
          </w:p>
        </w:tc>
      </w:tr>
      <w:tr w:rsidR="00F3014B" w14:paraId="51EFB7E7" w14:textId="77777777">
        <w:trPr>
          <w:cantSplit/>
          <w:jc w:val="center"/>
        </w:trPr>
        <w:tc>
          <w:tcPr>
            <w:tcW w:w="7416" w:type="dxa"/>
            <w:shd w:val="clear" w:color="auto" w:fill="F7F3E8"/>
            <w:tcMar>
              <w:top w:w="90" w:type="dxa"/>
              <w:left w:w="100" w:type="dxa"/>
              <w:bottom w:w="90" w:type="dxa"/>
              <w:right w:w="100" w:type="dxa"/>
            </w:tcMar>
            <w:vAlign w:val="center"/>
          </w:tcPr>
          <w:p w14:paraId="77EB3D58" w14:textId="77777777" w:rsidR="00F3014B" w:rsidRDefault="00CC3313">
            <w:pPr>
              <w:spacing w:line="252" w:lineRule="auto"/>
            </w:pPr>
            <w:r>
              <w:rPr>
                <w:sz w:val="16"/>
              </w:rPr>
              <w:t>Able to work positively and humbly as part of a team, offering help and contributing to the school community</w:t>
            </w:r>
          </w:p>
        </w:tc>
        <w:tc>
          <w:tcPr>
            <w:tcW w:w="893" w:type="dxa"/>
            <w:shd w:val="clear" w:color="auto" w:fill="F7F3E8"/>
            <w:tcMar>
              <w:top w:w="90" w:type="dxa"/>
              <w:left w:w="100" w:type="dxa"/>
              <w:bottom w:w="90" w:type="dxa"/>
              <w:right w:w="100" w:type="dxa"/>
            </w:tcMar>
            <w:vAlign w:val="center"/>
          </w:tcPr>
          <w:p w14:paraId="05102CEA" w14:textId="77777777" w:rsidR="00F3014B" w:rsidRDefault="00CC3313">
            <w:pPr>
              <w:spacing w:line="252" w:lineRule="auto"/>
              <w:jc w:val="center"/>
            </w:pPr>
            <w:r>
              <w:rPr>
                <w:sz w:val="16"/>
              </w:rPr>
              <w:t>*</w:t>
            </w:r>
          </w:p>
        </w:tc>
        <w:tc>
          <w:tcPr>
            <w:tcW w:w="1008" w:type="dxa"/>
            <w:shd w:val="clear" w:color="auto" w:fill="F7F3E8"/>
            <w:tcMar>
              <w:top w:w="90" w:type="dxa"/>
              <w:left w:w="100" w:type="dxa"/>
              <w:bottom w:w="90" w:type="dxa"/>
              <w:right w:w="100" w:type="dxa"/>
            </w:tcMar>
            <w:vAlign w:val="center"/>
          </w:tcPr>
          <w:p w14:paraId="5DAB6C7B" w14:textId="77777777" w:rsidR="00F3014B" w:rsidRDefault="00F3014B">
            <w:pPr>
              <w:spacing w:line="252" w:lineRule="auto"/>
              <w:jc w:val="center"/>
            </w:pPr>
          </w:p>
        </w:tc>
        <w:tc>
          <w:tcPr>
            <w:tcW w:w="1224" w:type="dxa"/>
            <w:shd w:val="clear" w:color="auto" w:fill="F7F3E8"/>
            <w:tcMar>
              <w:top w:w="90" w:type="dxa"/>
              <w:left w:w="100" w:type="dxa"/>
              <w:bottom w:w="90" w:type="dxa"/>
              <w:right w:w="100" w:type="dxa"/>
            </w:tcMar>
            <w:vAlign w:val="center"/>
          </w:tcPr>
          <w:p w14:paraId="4A261561" w14:textId="77777777" w:rsidR="00F3014B" w:rsidRDefault="00CC3313">
            <w:pPr>
              <w:spacing w:line="252" w:lineRule="auto"/>
              <w:jc w:val="center"/>
            </w:pPr>
            <w:r>
              <w:rPr>
                <w:sz w:val="16"/>
              </w:rPr>
              <w:t>A, I</w:t>
            </w:r>
          </w:p>
        </w:tc>
      </w:tr>
      <w:tr w:rsidR="00F3014B" w14:paraId="2B282C62" w14:textId="77777777">
        <w:trPr>
          <w:cantSplit/>
          <w:jc w:val="center"/>
        </w:trPr>
        <w:tc>
          <w:tcPr>
            <w:tcW w:w="7416" w:type="dxa"/>
            <w:shd w:val="clear" w:color="auto" w:fill="FFFFFF"/>
            <w:tcMar>
              <w:top w:w="90" w:type="dxa"/>
              <w:left w:w="100" w:type="dxa"/>
              <w:bottom w:w="90" w:type="dxa"/>
              <w:right w:w="100" w:type="dxa"/>
            </w:tcMar>
            <w:vAlign w:val="center"/>
          </w:tcPr>
          <w:p w14:paraId="13FBC0AB" w14:textId="77777777" w:rsidR="00F3014B" w:rsidRDefault="00CC3313">
            <w:pPr>
              <w:spacing w:line="252" w:lineRule="auto"/>
            </w:pPr>
            <w:r>
              <w:rPr>
                <w:sz w:val="16"/>
              </w:rPr>
              <w:t>Good organising and prioritising skills</w:t>
            </w:r>
          </w:p>
        </w:tc>
        <w:tc>
          <w:tcPr>
            <w:tcW w:w="893" w:type="dxa"/>
            <w:shd w:val="clear" w:color="auto" w:fill="FFFFFF"/>
            <w:tcMar>
              <w:top w:w="90" w:type="dxa"/>
              <w:left w:w="100" w:type="dxa"/>
              <w:bottom w:w="90" w:type="dxa"/>
              <w:right w:w="100" w:type="dxa"/>
            </w:tcMar>
            <w:vAlign w:val="center"/>
          </w:tcPr>
          <w:p w14:paraId="594E7E89"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02EB378F"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110E8EF3" w14:textId="77777777" w:rsidR="00F3014B" w:rsidRDefault="00CC3313">
            <w:pPr>
              <w:spacing w:line="252" w:lineRule="auto"/>
              <w:jc w:val="center"/>
            </w:pPr>
            <w:r>
              <w:rPr>
                <w:sz w:val="16"/>
              </w:rPr>
              <w:t>A, I</w:t>
            </w:r>
          </w:p>
        </w:tc>
      </w:tr>
      <w:tr w:rsidR="00F3014B" w14:paraId="05A7ECD8" w14:textId="77777777">
        <w:trPr>
          <w:cantSplit/>
          <w:jc w:val="center"/>
        </w:trPr>
        <w:tc>
          <w:tcPr>
            <w:tcW w:w="7416" w:type="dxa"/>
            <w:shd w:val="clear" w:color="auto" w:fill="F7F3E8"/>
            <w:tcMar>
              <w:top w:w="90" w:type="dxa"/>
              <w:left w:w="100" w:type="dxa"/>
              <w:bottom w:w="90" w:type="dxa"/>
              <w:right w:w="100" w:type="dxa"/>
            </w:tcMar>
            <w:vAlign w:val="center"/>
          </w:tcPr>
          <w:p w14:paraId="32C53C72" w14:textId="77777777" w:rsidR="00F3014B" w:rsidRDefault="00CC3313">
            <w:pPr>
              <w:spacing w:line="252" w:lineRule="auto"/>
            </w:pPr>
            <w:r>
              <w:rPr>
                <w:sz w:val="16"/>
              </w:rPr>
              <w:t>Ability to exchange information, orally and occasionally in writing, with other members of staff</w:t>
            </w:r>
          </w:p>
        </w:tc>
        <w:tc>
          <w:tcPr>
            <w:tcW w:w="893" w:type="dxa"/>
            <w:shd w:val="clear" w:color="auto" w:fill="F7F3E8"/>
            <w:tcMar>
              <w:top w:w="90" w:type="dxa"/>
              <w:left w:w="100" w:type="dxa"/>
              <w:bottom w:w="90" w:type="dxa"/>
              <w:right w:w="100" w:type="dxa"/>
            </w:tcMar>
            <w:vAlign w:val="center"/>
          </w:tcPr>
          <w:p w14:paraId="7FCE46C8" w14:textId="77777777" w:rsidR="00F3014B" w:rsidRDefault="00CC3313">
            <w:pPr>
              <w:spacing w:line="252" w:lineRule="auto"/>
              <w:jc w:val="center"/>
            </w:pPr>
            <w:r>
              <w:rPr>
                <w:sz w:val="16"/>
              </w:rPr>
              <w:t>*</w:t>
            </w:r>
          </w:p>
        </w:tc>
        <w:tc>
          <w:tcPr>
            <w:tcW w:w="1008" w:type="dxa"/>
            <w:shd w:val="clear" w:color="auto" w:fill="F7F3E8"/>
            <w:tcMar>
              <w:top w:w="90" w:type="dxa"/>
              <w:left w:w="100" w:type="dxa"/>
              <w:bottom w:w="90" w:type="dxa"/>
              <w:right w:w="100" w:type="dxa"/>
            </w:tcMar>
            <w:vAlign w:val="center"/>
          </w:tcPr>
          <w:p w14:paraId="6A05A809" w14:textId="77777777" w:rsidR="00F3014B" w:rsidRDefault="00F3014B">
            <w:pPr>
              <w:spacing w:line="252" w:lineRule="auto"/>
              <w:jc w:val="center"/>
            </w:pPr>
          </w:p>
        </w:tc>
        <w:tc>
          <w:tcPr>
            <w:tcW w:w="1224" w:type="dxa"/>
            <w:shd w:val="clear" w:color="auto" w:fill="F7F3E8"/>
            <w:tcMar>
              <w:top w:w="90" w:type="dxa"/>
              <w:left w:w="100" w:type="dxa"/>
              <w:bottom w:w="90" w:type="dxa"/>
              <w:right w:w="100" w:type="dxa"/>
            </w:tcMar>
            <w:vAlign w:val="center"/>
          </w:tcPr>
          <w:p w14:paraId="76917CAD" w14:textId="77777777" w:rsidR="00F3014B" w:rsidRDefault="00CC3313">
            <w:pPr>
              <w:spacing w:line="252" w:lineRule="auto"/>
              <w:jc w:val="center"/>
            </w:pPr>
            <w:r>
              <w:rPr>
                <w:sz w:val="16"/>
              </w:rPr>
              <w:t>A, I, Ass</w:t>
            </w:r>
          </w:p>
        </w:tc>
      </w:tr>
      <w:tr w:rsidR="00F3014B" w14:paraId="6F889FD0" w14:textId="77777777">
        <w:trPr>
          <w:cantSplit/>
          <w:jc w:val="center"/>
        </w:trPr>
        <w:tc>
          <w:tcPr>
            <w:tcW w:w="7416" w:type="dxa"/>
            <w:shd w:val="clear" w:color="auto" w:fill="FFFFFF"/>
            <w:tcMar>
              <w:top w:w="90" w:type="dxa"/>
              <w:left w:w="100" w:type="dxa"/>
              <w:bottom w:w="90" w:type="dxa"/>
              <w:right w:w="100" w:type="dxa"/>
            </w:tcMar>
            <w:vAlign w:val="center"/>
          </w:tcPr>
          <w:p w14:paraId="2369E879" w14:textId="77777777" w:rsidR="00F3014B" w:rsidRDefault="00CC3313">
            <w:pPr>
              <w:spacing w:line="252" w:lineRule="auto"/>
            </w:pPr>
            <w:r>
              <w:rPr>
                <w:sz w:val="16"/>
              </w:rPr>
              <w:t>Basic first aid knowledge</w:t>
            </w:r>
          </w:p>
        </w:tc>
        <w:tc>
          <w:tcPr>
            <w:tcW w:w="893" w:type="dxa"/>
            <w:shd w:val="clear" w:color="auto" w:fill="FFFFFF"/>
            <w:tcMar>
              <w:top w:w="90" w:type="dxa"/>
              <w:left w:w="100" w:type="dxa"/>
              <w:bottom w:w="90" w:type="dxa"/>
              <w:right w:w="100" w:type="dxa"/>
            </w:tcMar>
            <w:vAlign w:val="center"/>
          </w:tcPr>
          <w:p w14:paraId="03D9429D"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5A39BBE3"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2FD1A64A" w14:textId="77777777" w:rsidR="00F3014B" w:rsidRDefault="00CC3313">
            <w:pPr>
              <w:spacing w:line="252" w:lineRule="auto"/>
              <w:jc w:val="center"/>
            </w:pPr>
            <w:r>
              <w:rPr>
                <w:sz w:val="16"/>
              </w:rPr>
              <w:t>A, I</w:t>
            </w:r>
          </w:p>
        </w:tc>
      </w:tr>
      <w:tr w:rsidR="00F3014B" w14:paraId="72D54760" w14:textId="77777777">
        <w:trPr>
          <w:cantSplit/>
          <w:jc w:val="center"/>
        </w:trPr>
        <w:tc>
          <w:tcPr>
            <w:tcW w:w="7416" w:type="dxa"/>
            <w:shd w:val="clear" w:color="auto" w:fill="F7F3E8"/>
            <w:tcMar>
              <w:top w:w="90" w:type="dxa"/>
              <w:left w:w="100" w:type="dxa"/>
              <w:bottom w:w="90" w:type="dxa"/>
              <w:right w:w="100" w:type="dxa"/>
            </w:tcMar>
            <w:vAlign w:val="center"/>
          </w:tcPr>
          <w:p w14:paraId="1A48958A" w14:textId="77777777" w:rsidR="00F3014B" w:rsidRDefault="00CC3313">
            <w:pPr>
              <w:spacing w:line="252" w:lineRule="auto"/>
            </w:pPr>
            <w:r>
              <w:rPr>
                <w:sz w:val="16"/>
              </w:rPr>
              <w:t>First Aid Certificate</w:t>
            </w:r>
          </w:p>
        </w:tc>
        <w:tc>
          <w:tcPr>
            <w:tcW w:w="893" w:type="dxa"/>
            <w:shd w:val="clear" w:color="auto" w:fill="F7F3E8"/>
            <w:tcMar>
              <w:top w:w="90" w:type="dxa"/>
              <w:left w:w="100" w:type="dxa"/>
              <w:bottom w:w="90" w:type="dxa"/>
              <w:right w:w="100" w:type="dxa"/>
            </w:tcMar>
            <w:vAlign w:val="center"/>
          </w:tcPr>
          <w:p w14:paraId="41C8F396" w14:textId="77777777" w:rsidR="00F3014B" w:rsidRDefault="00F3014B">
            <w:pPr>
              <w:spacing w:line="252" w:lineRule="auto"/>
              <w:jc w:val="center"/>
            </w:pPr>
          </w:p>
        </w:tc>
        <w:tc>
          <w:tcPr>
            <w:tcW w:w="1008" w:type="dxa"/>
            <w:shd w:val="clear" w:color="auto" w:fill="F7F3E8"/>
            <w:tcMar>
              <w:top w:w="90" w:type="dxa"/>
              <w:left w:w="100" w:type="dxa"/>
              <w:bottom w:w="90" w:type="dxa"/>
              <w:right w:w="100" w:type="dxa"/>
            </w:tcMar>
            <w:vAlign w:val="center"/>
          </w:tcPr>
          <w:p w14:paraId="62F24AC4" w14:textId="77777777" w:rsidR="00F3014B" w:rsidRDefault="00CC3313">
            <w:pPr>
              <w:spacing w:line="252" w:lineRule="auto"/>
              <w:jc w:val="center"/>
            </w:pPr>
            <w:r>
              <w:rPr>
                <w:sz w:val="16"/>
              </w:rPr>
              <w:t>*</w:t>
            </w:r>
          </w:p>
        </w:tc>
        <w:tc>
          <w:tcPr>
            <w:tcW w:w="1224" w:type="dxa"/>
            <w:shd w:val="clear" w:color="auto" w:fill="F7F3E8"/>
            <w:tcMar>
              <w:top w:w="90" w:type="dxa"/>
              <w:left w:w="100" w:type="dxa"/>
              <w:bottom w:w="90" w:type="dxa"/>
              <w:right w:w="100" w:type="dxa"/>
            </w:tcMar>
            <w:vAlign w:val="center"/>
          </w:tcPr>
          <w:p w14:paraId="17FF7C1D" w14:textId="77777777" w:rsidR="00F3014B" w:rsidRDefault="00CC3313">
            <w:pPr>
              <w:spacing w:line="252" w:lineRule="auto"/>
              <w:jc w:val="center"/>
            </w:pPr>
            <w:r>
              <w:rPr>
                <w:sz w:val="16"/>
              </w:rPr>
              <w:t>A, I</w:t>
            </w:r>
          </w:p>
        </w:tc>
      </w:tr>
      <w:tr w:rsidR="00F3014B" w14:paraId="7366B4B2" w14:textId="77777777">
        <w:trPr>
          <w:cantSplit/>
          <w:jc w:val="center"/>
        </w:trPr>
        <w:tc>
          <w:tcPr>
            <w:tcW w:w="7416" w:type="dxa"/>
            <w:shd w:val="clear" w:color="auto" w:fill="FFFFFF"/>
            <w:tcMar>
              <w:top w:w="90" w:type="dxa"/>
              <w:left w:w="100" w:type="dxa"/>
              <w:bottom w:w="90" w:type="dxa"/>
              <w:right w:w="100" w:type="dxa"/>
            </w:tcMar>
            <w:vAlign w:val="center"/>
          </w:tcPr>
          <w:p w14:paraId="6872ADB0" w14:textId="77777777" w:rsidR="00F3014B" w:rsidRDefault="00CC3313">
            <w:pPr>
              <w:spacing w:line="252" w:lineRule="auto"/>
            </w:pPr>
            <w:r>
              <w:rPr>
                <w:sz w:val="16"/>
              </w:rPr>
              <w:t>Basic knowledge of child protection procedures and the courage to report concerns promptly</w:t>
            </w:r>
          </w:p>
        </w:tc>
        <w:tc>
          <w:tcPr>
            <w:tcW w:w="893" w:type="dxa"/>
            <w:shd w:val="clear" w:color="auto" w:fill="FFFFFF"/>
            <w:tcMar>
              <w:top w:w="90" w:type="dxa"/>
              <w:left w:w="100" w:type="dxa"/>
              <w:bottom w:w="90" w:type="dxa"/>
              <w:right w:w="100" w:type="dxa"/>
            </w:tcMar>
            <w:vAlign w:val="center"/>
          </w:tcPr>
          <w:p w14:paraId="1A97E123"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72A3D3EC"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0B8E7211" w14:textId="77777777" w:rsidR="00F3014B" w:rsidRDefault="00CC3313">
            <w:pPr>
              <w:spacing w:line="252" w:lineRule="auto"/>
              <w:jc w:val="center"/>
            </w:pPr>
            <w:r>
              <w:rPr>
                <w:sz w:val="16"/>
              </w:rPr>
              <w:t>A, I</w:t>
            </w:r>
          </w:p>
        </w:tc>
      </w:tr>
      <w:tr w:rsidR="00F3014B" w14:paraId="66F20C9C" w14:textId="77777777">
        <w:trPr>
          <w:cantSplit/>
          <w:jc w:val="center"/>
        </w:trPr>
        <w:tc>
          <w:tcPr>
            <w:tcW w:w="7416" w:type="dxa"/>
            <w:shd w:val="clear" w:color="auto" w:fill="F7F3E8"/>
            <w:tcMar>
              <w:top w:w="90" w:type="dxa"/>
              <w:left w:w="100" w:type="dxa"/>
              <w:bottom w:w="90" w:type="dxa"/>
              <w:right w:w="100" w:type="dxa"/>
            </w:tcMar>
            <w:vAlign w:val="center"/>
          </w:tcPr>
          <w:p w14:paraId="6F12CD63" w14:textId="77777777" w:rsidR="00F3014B" w:rsidRDefault="00CC3313">
            <w:pPr>
              <w:spacing w:line="252" w:lineRule="auto"/>
            </w:pPr>
            <w:r>
              <w:rPr>
                <w:sz w:val="16"/>
              </w:rPr>
              <w:t>Recent experience of employment or a training placement in a school setting</w:t>
            </w:r>
          </w:p>
        </w:tc>
        <w:tc>
          <w:tcPr>
            <w:tcW w:w="893" w:type="dxa"/>
            <w:shd w:val="clear" w:color="auto" w:fill="F7F3E8"/>
            <w:tcMar>
              <w:top w:w="90" w:type="dxa"/>
              <w:left w:w="100" w:type="dxa"/>
              <w:bottom w:w="90" w:type="dxa"/>
              <w:right w:w="100" w:type="dxa"/>
            </w:tcMar>
            <w:vAlign w:val="center"/>
          </w:tcPr>
          <w:p w14:paraId="0D0B940D" w14:textId="77777777" w:rsidR="00F3014B" w:rsidRDefault="00F3014B">
            <w:pPr>
              <w:spacing w:line="252" w:lineRule="auto"/>
              <w:jc w:val="center"/>
            </w:pPr>
          </w:p>
        </w:tc>
        <w:tc>
          <w:tcPr>
            <w:tcW w:w="1008" w:type="dxa"/>
            <w:shd w:val="clear" w:color="auto" w:fill="F7F3E8"/>
            <w:tcMar>
              <w:top w:w="90" w:type="dxa"/>
              <w:left w:w="100" w:type="dxa"/>
              <w:bottom w:w="90" w:type="dxa"/>
              <w:right w:w="100" w:type="dxa"/>
            </w:tcMar>
            <w:vAlign w:val="center"/>
          </w:tcPr>
          <w:p w14:paraId="48BB38D9" w14:textId="77777777" w:rsidR="00F3014B" w:rsidRDefault="00CC3313">
            <w:pPr>
              <w:spacing w:line="252" w:lineRule="auto"/>
              <w:jc w:val="center"/>
            </w:pPr>
            <w:r>
              <w:rPr>
                <w:sz w:val="16"/>
              </w:rPr>
              <w:t>*</w:t>
            </w:r>
          </w:p>
        </w:tc>
        <w:tc>
          <w:tcPr>
            <w:tcW w:w="1224" w:type="dxa"/>
            <w:shd w:val="clear" w:color="auto" w:fill="F7F3E8"/>
            <w:tcMar>
              <w:top w:w="90" w:type="dxa"/>
              <w:left w:w="100" w:type="dxa"/>
              <w:bottom w:w="90" w:type="dxa"/>
              <w:right w:w="100" w:type="dxa"/>
            </w:tcMar>
            <w:vAlign w:val="center"/>
          </w:tcPr>
          <w:p w14:paraId="1B05D076" w14:textId="77777777" w:rsidR="00F3014B" w:rsidRDefault="00CC3313">
            <w:pPr>
              <w:spacing w:line="252" w:lineRule="auto"/>
              <w:jc w:val="center"/>
            </w:pPr>
            <w:r>
              <w:rPr>
                <w:sz w:val="16"/>
              </w:rPr>
              <w:t>A, I</w:t>
            </w:r>
          </w:p>
        </w:tc>
      </w:tr>
      <w:tr w:rsidR="00F3014B" w14:paraId="2586459D" w14:textId="77777777">
        <w:trPr>
          <w:cantSplit/>
          <w:jc w:val="center"/>
        </w:trPr>
        <w:tc>
          <w:tcPr>
            <w:tcW w:w="7416" w:type="dxa"/>
            <w:shd w:val="clear" w:color="auto" w:fill="FFFFFF"/>
            <w:tcMar>
              <w:top w:w="90" w:type="dxa"/>
              <w:left w:w="100" w:type="dxa"/>
              <w:bottom w:w="90" w:type="dxa"/>
              <w:right w:w="100" w:type="dxa"/>
            </w:tcMar>
            <w:vAlign w:val="center"/>
          </w:tcPr>
          <w:p w14:paraId="6CE9AA57" w14:textId="77777777" w:rsidR="00F3014B" w:rsidRDefault="00CC3313">
            <w:pPr>
              <w:spacing w:line="252" w:lineRule="auto"/>
            </w:pPr>
            <w:r>
              <w:rPr>
                <w:sz w:val="16"/>
              </w:rPr>
              <w:t>Personal Effectiveness: makes things happen; operates with resilience, flexibility and integrity; remains hopeful and positive when responding to challenges</w:t>
            </w:r>
          </w:p>
        </w:tc>
        <w:tc>
          <w:tcPr>
            <w:tcW w:w="893" w:type="dxa"/>
            <w:shd w:val="clear" w:color="auto" w:fill="FFFFFF"/>
            <w:tcMar>
              <w:top w:w="90" w:type="dxa"/>
              <w:left w:w="100" w:type="dxa"/>
              <w:bottom w:w="90" w:type="dxa"/>
              <w:right w:w="100" w:type="dxa"/>
            </w:tcMar>
            <w:vAlign w:val="center"/>
          </w:tcPr>
          <w:p w14:paraId="65A84B8B"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0E27B00A"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1144B157" w14:textId="77777777" w:rsidR="00F3014B" w:rsidRDefault="00CC3313">
            <w:pPr>
              <w:spacing w:line="252" w:lineRule="auto"/>
              <w:jc w:val="center"/>
            </w:pPr>
            <w:r>
              <w:rPr>
                <w:sz w:val="16"/>
              </w:rPr>
              <w:t>A, I</w:t>
            </w:r>
          </w:p>
        </w:tc>
      </w:tr>
      <w:tr w:rsidR="00F3014B" w14:paraId="455DDBC8" w14:textId="77777777">
        <w:trPr>
          <w:cantSplit/>
          <w:jc w:val="center"/>
        </w:trPr>
        <w:tc>
          <w:tcPr>
            <w:tcW w:w="7416" w:type="dxa"/>
            <w:shd w:val="clear" w:color="auto" w:fill="F7F3E8"/>
            <w:tcMar>
              <w:top w:w="90" w:type="dxa"/>
              <w:left w:w="100" w:type="dxa"/>
              <w:bottom w:w="90" w:type="dxa"/>
              <w:right w:w="100" w:type="dxa"/>
            </w:tcMar>
            <w:vAlign w:val="center"/>
          </w:tcPr>
          <w:p w14:paraId="19C35250" w14:textId="77777777" w:rsidR="00F3014B" w:rsidRDefault="00CC3313">
            <w:pPr>
              <w:spacing w:line="252" w:lineRule="auto"/>
            </w:pPr>
            <w:r>
              <w:rPr>
                <w:sz w:val="16"/>
              </w:rPr>
              <w:t>Communication: shares and listens to information, opinions and ideas, using a range of effective, respectful and considerate approaches</w:t>
            </w:r>
          </w:p>
        </w:tc>
        <w:tc>
          <w:tcPr>
            <w:tcW w:w="893" w:type="dxa"/>
            <w:shd w:val="clear" w:color="auto" w:fill="F7F3E8"/>
            <w:tcMar>
              <w:top w:w="90" w:type="dxa"/>
              <w:left w:w="100" w:type="dxa"/>
              <w:bottom w:w="90" w:type="dxa"/>
              <w:right w:w="100" w:type="dxa"/>
            </w:tcMar>
            <w:vAlign w:val="center"/>
          </w:tcPr>
          <w:p w14:paraId="5076BC48" w14:textId="77777777" w:rsidR="00F3014B" w:rsidRDefault="00CC3313">
            <w:pPr>
              <w:spacing w:line="252" w:lineRule="auto"/>
              <w:jc w:val="center"/>
            </w:pPr>
            <w:r>
              <w:rPr>
                <w:sz w:val="16"/>
              </w:rPr>
              <w:t>*</w:t>
            </w:r>
          </w:p>
        </w:tc>
        <w:tc>
          <w:tcPr>
            <w:tcW w:w="1008" w:type="dxa"/>
            <w:shd w:val="clear" w:color="auto" w:fill="F7F3E8"/>
            <w:tcMar>
              <w:top w:w="90" w:type="dxa"/>
              <w:left w:w="100" w:type="dxa"/>
              <w:bottom w:w="90" w:type="dxa"/>
              <w:right w:w="100" w:type="dxa"/>
            </w:tcMar>
            <w:vAlign w:val="center"/>
          </w:tcPr>
          <w:p w14:paraId="60061E4C" w14:textId="77777777" w:rsidR="00F3014B" w:rsidRDefault="00F3014B">
            <w:pPr>
              <w:spacing w:line="252" w:lineRule="auto"/>
              <w:jc w:val="center"/>
            </w:pPr>
          </w:p>
        </w:tc>
        <w:tc>
          <w:tcPr>
            <w:tcW w:w="1224" w:type="dxa"/>
            <w:shd w:val="clear" w:color="auto" w:fill="F7F3E8"/>
            <w:tcMar>
              <w:top w:w="90" w:type="dxa"/>
              <w:left w:w="100" w:type="dxa"/>
              <w:bottom w:w="90" w:type="dxa"/>
              <w:right w:w="100" w:type="dxa"/>
            </w:tcMar>
            <w:vAlign w:val="center"/>
          </w:tcPr>
          <w:p w14:paraId="789774B0" w14:textId="77777777" w:rsidR="00F3014B" w:rsidRDefault="00CC3313">
            <w:pPr>
              <w:spacing w:line="252" w:lineRule="auto"/>
              <w:jc w:val="center"/>
            </w:pPr>
            <w:r>
              <w:rPr>
                <w:sz w:val="16"/>
              </w:rPr>
              <w:t>A, I</w:t>
            </w:r>
          </w:p>
        </w:tc>
      </w:tr>
      <w:tr w:rsidR="00F3014B" w14:paraId="5D080B51" w14:textId="77777777">
        <w:trPr>
          <w:cantSplit/>
          <w:jc w:val="center"/>
        </w:trPr>
        <w:tc>
          <w:tcPr>
            <w:tcW w:w="7416" w:type="dxa"/>
            <w:shd w:val="clear" w:color="auto" w:fill="FFFFFF"/>
            <w:tcMar>
              <w:top w:w="90" w:type="dxa"/>
              <w:left w:w="100" w:type="dxa"/>
              <w:bottom w:w="90" w:type="dxa"/>
              <w:right w:w="100" w:type="dxa"/>
            </w:tcMar>
            <w:vAlign w:val="center"/>
          </w:tcPr>
          <w:p w14:paraId="405A5603" w14:textId="77777777" w:rsidR="00F3014B" w:rsidRDefault="00CC3313">
            <w:pPr>
              <w:spacing w:line="252" w:lineRule="auto"/>
            </w:pPr>
            <w:r>
              <w:rPr>
                <w:sz w:val="16"/>
              </w:rPr>
              <w:t>Self-Awareness: learns continuously, receives feedback with humility and effectively adapts behaviour in response</w:t>
            </w:r>
          </w:p>
        </w:tc>
        <w:tc>
          <w:tcPr>
            <w:tcW w:w="893" w:type="dxa"/>
            <w:shd w:val="clear" w:color="auto" w:fill="FFFFFF"/>
            <w:tcMar>
              <w:top w:w="90" w:type="dxa"/>
              <w:left w:w="100" w:type="dxa"/>
              <w:bottom w:w="90" w:type="dxa"/>
              <w:right w:w="100" w:type="dxa"/>
            </w:tcMar>
            <w:vAlign w:val="center"/>
          </w:tcPr>
          <w:p w14:paraId="48EC7657"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44EAFD9C"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6A984D45" w14:textId="77777777" w:rsidR="00F3014B" w:rsidRDefault="00CC3313">
            <w:pPr>
              <w:spacing w:line="252" w:lineRule="auto"/>
              <w:jc w:val="center"/>
            </w:pPr>
            <w:r>
              <w:rPr>
                <w:sz w:val="16"/>
              </w:rPr>
              <w:t>A, I</w:t>
            </w:r>
          </w:p>
        </w:tc>
      </w:tr>
      <w:tr w:rsidR="00F3014B" w14:paraId="46EF9209" w14:textId="77777777">
        <w:trPr>
          <w:cantSplit/>
          <w:jc w:val="center"/>
        </w:trPr>
        <w:tc>
          <w:tcPr>
            <w:tcW w:w="7416" w:type="dxa"/>
            <w:shd w:val="clear" w:color="auto" w:fill="F7F3E8"/>
            <w:tcMar>
              <w:top w:w="90" w:type="dxa"/>
              <w:left w:w="100" w:type="dxa"/>
              <w:bottom w:w="90" w:type="dxa"/>
              <w:right w:w="100" w:type="dxa"/>
            </w:tcMar>
            <w:vAlign w:val="center"/>
          </w:tcPr>
          <w:p w14:paraId="52E3E41E" w14:textId="77777777" w:rsidR="00F3014B" w:rsidRDefault="00CC3313">
            <w:pPr>
              <w:spacing w:line="252" w:lineRule="auto"/>
            </w:pPr>
            <w:r>
              <w:rPr>
                <w:sz w:val="16"/>
              </w:rPr>
              <w:t>Service Delivery: understands the needs of children and the school community, responds appropriately with compassion and demonstrates continuous improvement</w:t>
            </w:r>
          </w:p>
        </w:tc>
        <w:tc>
          <w:tcPr>
            <w:tcW w:w="893" w:type="dxa"/>
            <w:shd w:val="clear" w:color="auto" w:fill="F7F3E8"/>
            <w:tcMar>
              <w:top w:w="90" w:type="dxa"/>
              <w:left w:w="100" w:type="dxa"/>
              <w:bottom w:w="90" w:type="dxa"/>
              <w:right w:w="100" w:type="dxa"/>
            </w:tcMar>
            <w:vAlign w:val="center"/>
          </w:tcPr>
          <w:p w14:paraId="53DC6811" w14:textId="77777777" w:rsidR="00F3014B" w:rsidRDefault="00CC3313">
            <w:pPr>
              <w:spacing w:line="252" w:lineRule="auto"/>
              <w:jc w:val="center"/>
            </w:pPr>
            <w:r>
              <w:rPr>
                <w:sz w:val="16"/>
              </w:rPr>
              <w:t>*</w:t>
            </w:r>
          </w:p>
        </w:tc>
        <w:tc>
          <w:tcPr>
            <w:tcW w:w="1008" w:type="dxa"/>
            <w:shd w:val="clear" w:color="auto" w:fill="F7F3E8"/>
            <w:tcMar>
              <w:top w:w="90" w:type="dxa"/>
              <w:left w:w="100" w:type="dxa"/>
              <w:bottom w:w="90" w:type="dxa"/>
              <w:right w:w="100" w:type="dxa"/>
            </w:tcMar>
            <w:vAlign w:val="center"/>
          </w:tcPr>
          <w:p w14:paraId="4B94D5A5" w14:textId="77777777" w:rsidR="00F3014B" w:rsidRDefault="00F3014B">
            <w:pPr>
              <w:spacing w:line="252" w:lineRule="auto"/>
              <w:jc w:val="center"/>
            </w:pPr>
          </w:p>
        </w:tc>
        <w:tc>
          <w:tcPr>
            <w:tcW w:w="1224" w:type="dxa"/>
            <w:shd w:val="clear" w:color="auto" w:fill="F7F3E8"/>
            <w:tcMar>
              <w:top w:w="90" w:type="dxa"/>
              <w:left w:w="100" w:type="dxa"/>
              <w:bottom w:w="90" w:type="dxa"/>
              <w:right w:w="100" w:type="dxa"/>
            </w:tcMar>
            <w:vAlign w:val="center"/>
          </w:tcPr>
          <w:p w14:paraId="0A71DA95" w14:textId="77777777" w:rsidR="00F3014B" w:rsidRDefault="00CC3313">
            <w:pPr>
              <w:spacing w:line="252" w:lineRule="auto"/>
              <w:jc w:val="center"/>
            </w:pPr>
            <w:r>
              <w:rPr>
                <w:sz w:val="16"/>
              </w:rPr>
              <w:t>A, I</w:t>
            </w:r>
          </w:p>
        </w:tc>
      </w:tr>
      <w:tr w:rsidR="00F3014B" w14:paraId="0ED10685" w14:textId="77777777">
        <w:trPr>
          <w:cantSplit/>
          <w:jc w:val="center"/>
        </w:trPr>
        <w:tc>
          <w:tcPr>
            <w:tcW w:w="7416" w:type="dxa"/>
            <w:shd w:val="clear" w:color="auto" w:fill="FFFFFF"/>
            <w:tcMar>
              <w:top w:w="90" w:type="dxa"/>
              <w:left w:w="100" w:type="dxa"/>
              <w:bottom w:w="90" w:type="dxa"/>
              <w:right w:w="100" w:type="dxa"/>
            </w:tcMar>
            <w:vAlign w:val="center"/>
          </w:tcPr>
          <w:p w14:paraId="2A174F8F" w14:textId="77777777" w:rsidR="00F3014B" w:rsidRDefault="00CC3313">
            <w:pPr>
              <w:spacing w:line="252" w:lineRule="auto"/>
            </w:pPr>
            <w:r>
              <w:rPr>
                <w:sz w:val="16"/>
              </w:rPr>
              <w:t>Values and conduct: consistently models Hope, Service, Dignity, Courage, Humility and Compassion by being respectful, helpful, brave, considerate, kind and positive</w:t>
            </w:r>
          </w:p>
        </w:tc>
        <w:tc>
          <w:tcPr>
            <w:tcW w:w="893" w:type="dxa"/>
            <w:shd w:val="clear" w:color="auto" w:fill="FFFFFF"/>
            <w:tcMar>
              <w:top w:w="90" w:type="dxa"/>
              <w:left w:w="100" w:type="dxa"/>
              <w:bottom w:w="90" w:type="dxa"/>
              <w:right w:w="100" w:type="dxa"/>
            </w:tcMar>
            <w:vAlign w:val="center"/>
          </w:tcPr>
          <w:p w14:paraId="2923E5F7"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3DEEC669"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693D03F0" w14:textId="77777777" w:rsidR="00F3014B" w:rsidRDefault="00CC3313">
            <w:pPr>
              <w:spacing w:line="252" w:lineRule="auto"/>
              <w:jc w:val="center"/>
            </w:pPr>
            <w:r>
              <w:rPr>
                <w:sz w:val="16"/>
              </w:rPr>
              <w:t>A, I</w:t>
            </w:r>
          </w:p>
        </w:tc>
      </w:tr>
      <w:tr w:rsidR="00F3014B" w14:paraId="4F360F55" w14:textId="77777777">
        <w:trPr>
          <w:cantSplit/>
          <w:jc w:val="center"/>
        </w:trPr>
        <w:tc>
          <w:tcPr>
            <w:tcW w:w="7416" w:type="dxa"/>
            <w:shd w:val="clear" w:color="auto" w:fill="F7F3E8"/>
            <w:tcMar>
              <w:top w:w="90" w:type="dxa"/>
              <w:left w:w="100" w:type="dxa"/>
              <w:bottom w:w="90" w:type="dxa"/>
              <w:right w:w="100" w:type="dxa"/>
            </w:tcMar>
            <w:vAlign w:val="center"/>
          </w:tcPr>
          <w:p w14:paraId="24604FC9" w14:textId="77777777" w:rsidR="00F3014B" w:rsidRDefault="00CC3313">
            <w:pPr>
              <w:spacing w:line="252" w:lineRule="auto"/>
            </w:pPr>
            <w:r>
              <w:rPr>
                <w:sz w:val="16"/>
              </w:rPr>
              <w:t>Some ongoing physical effort is required, involving standing and walking for the entire working shift</w:t>
            </w:r>
          </w:p>
        </w:tc>
        <w:tc>
          <w:tcPr>
            <w:tcW w:w="893" w:type="dxa"/>
            <w:shd w:val="clear" w:color="auto" w:fill="F7F3E8"/>
            <w:tcMar>
              <w:top w:w="90" w:type="dxa"/>
              <w:left w:w="100" w:type="dxa"/>
              <w:bottom w:w="90" w:type="dxa"/>
              <w:right w:w="100" w:type="dxa"/>
            </w:tcMar>
            <w:vAlign w:val="center"/>
          </w:tcPr>
          <w:p w14:paraId="34617564" w14:textId="77777777" w:rsidR="00F3014B" w:rsidRDefault="00CC3313">
            <w:pPr>
              <w:spacing w:line="252" w:lineRule="auto"/>
              <w:jc w:val="center"/>
            </w:pPr>
            <w:r>
              <w:rPr>
                <w:sz w:val="16"/>
              </w:rPr>
              <w:t>*</w:t>
            </w:r>
          </w:p>
        </w:tc>
        <w:tc>
          <w:tcPr>
            <w:tcW w:w="1008" w:type="dxa"/>
            <w:shd w:val="clear" w:color="auto" w:fill="F7F3E8"/>
            <w:tcMar>
              <w:top w:w="90" w:type="dxa"/>
              <w:left w:w="100" w:type="dxa"/>
              <w:bottom w:w="90" w:type="dxa"/>
              <w:right w:w="100" w:type="dxa"/>
            </w:tcMar>
            <w:vAlign w:val="center"/>
          </w:tcPr>
          <w:p w14:paraId="3656B9AB" w14:textId="77777777" w:rsidR="00F3014B" w:rsidRDefault="00F3014B">
            <w:pPr>
              <w:spacing w:line="252" w:lineRule="auto"/>
              <w:jc w:val="center"/>
            </w:pPr>
          </w:p>
        </w:tc>
        <w:tc>
          <w:tcPr>
            <w:tcW w:w="1224" w:type="dxa"/>
            <w:shd w:val="clear" w:color="auto" w:fill="F7F3E8"/>
            <w:tcMar>
              <w:top w:w="90" w:type="dxa"/>
              <w:left w:w="100" w:type="dxa"/>
              <w:bottom w:w="90" w:type="dxa"/>
              <w:right w:w="100" w:type="dxa"/>
            </w:tcMar>
            <w:vAlign w:val="center"/>
          </w:tcPr>
          <w:p w14:paraId="2906B3E5" w14:textId="77777777" w:rsidR="00F3014B" w:rsidRDefault="00CC3313">
            <w:pPr>
              <w:spacing w:line="252" w:lineRule="auto"/>
              <w:jc w:val="center"/>
            </w:pPr>
            <w:r>
              <w:rPr>
                <w:sz w:val="16"/>
              </w:rPr>
              <w:t>I</w:t>
            </w:r>
          </w:p>
        </w:tc>
      </w:tr>
      <w:tr w:rsidR="00F3014B" w14:paraId="453E83C5" w14:textId="77777777">
        <w:trPr>
          <w:cantSplit/>
          <w:jc w:val="center"/>
        </w:trPr>
        <w:tc>
          <w:tcPr>
            <w:tcW w:w="7416" w:type="dxa"/>
            <w:shd w:val="clear" w:color="auto" w:fill="FFFFFF"/>
            <w:tcMar>
              <w:top w:w="90" w:type="dxa"/>
              <w:left w:w="100" w:type="dxa"/>
              <w:bottom w:w="90" w:type="dxa"/>
              <w:right w:w="100" w:type="dxa"/>
            </w:tcMar>
            <w:vAlign w:val="center"/>
          </w:tcPr>
          <w:p w14:paraId="48849D3F" w14:textId="77777777" w:rsidR="00F3014B" w:rsidRDefault="00CC3313">
            <w:pPr>
              <w:spacing w:line="252" w:lineRule="auto"/>
            </w:pPr>
            <w:r>
              <w:rPr>
                <w:sz w:val="16"/>
              </w:rPr>
              <w:t>Willingness to work within the Christian framework of BDMAT and support St Clement’s vision, “Learning for Life, Anchored in Christ”</w:t>
            </w:r>
          </w:p>
        </w:tc>
        <w:tc>
          <w:tcPr>
            <w:tcW w:w="893" w:type="dxa"/>
            <w:shd w:val="clear" w:color="auto" w:fill="FFFFFF"/>
            <w:tcMar>
              <w:top w:w="90" w:type="dxa"/>
              <w:left w:w="100" w:type="dxa"/>
              <w:bottom w:w="90" w:type="dxa"/>
              <w:right w:w="100" w:type="dxa"/>
            </w:tcMar>
            <w:vAlign w:val="center"/>
          </w:tcPr>
          <w:p w14:paraId="05D4D11D" w14:textId="77777777" w:rsidR="00F3014B" w:rsidRDefault="00CC3313">
            <w:pPr>
              <w:spacing w:line="252" w:lineRule="auto"/>
              <w:jc w:val="center"/>
            </w:pPr>
            <w:r>
              <w:rPr>
                <w:sz w:val="16"/>
              </w:rPr>
              <w:t>*</w:t>
            </w:r>
          </w:p>
        </w:tc>
        <w:tc>
          <w:tcPr>
            <w:tcW w:w="1008" w:type="dxa"/>
            <w:shd w:val="clear" w:color="auto" w:fill="FFFFFF"/>
            <w:tcMar>
              <w:top w:w="90" w:type="dxa"/>
              <w:left w:w="100" w:type="dxa"/>
              <w:bottom w:w="90" w:type="dxa"/>
              <w:right w:w="100" w:type="dxa"/>
            </w:tcMar>
            <w:vAlign w:val="center"/>
          </w:tcPr>
          <w:p w14:paraId="45FB0818" w14:textId="77777777" w:rsidR="00F3014B" w:rsidRDefault="00F3014B">
            <w:pPr>
              <w:spacing w:line="252" w:lineRule="auto"/>
              <w:jc w:val="center"/>
            </w:pPr>
          </w:p>
        </w:tc>
        <w:tc>
          <w:tcPr>
            <w:tcW w:w="1224" w:type="dxa"/>
            <w:shd w:val="clear" w:color="auto" w:fill="FFFFFF"/>
            <w:tcMar>
              <w:top w:w="90" w:type="dxa"/>
              <w:left w:w="100" w:type="dxa"/>
              <w:bottom w:w="90" w:type="dxa"/>
              <w:right w:w="100" w:type="dxa"/>
            </w:tcMar>
            <w:vAlign w:val="center"/>
          </w:tcPr>
          <w:p w14:paraId="56AB6BD4" w14:textId="77777777" w:rsidR="00F3014B" w:rsidRDefault="00CC3313">
            <w:pPr>
              <w:spacing w:line="252" w:lineRule="auto"/>
              <w:jc w:val="center"/>
            </w:pPr>
            <w:r>
              <w:rPr>
                <w:sz w:val="16"/>
              </w:rPr>
              <w:t>I</w:t>
            </w:r>
          </w:p>
        </w:tc>
      </w:tr>
    </w:tbl>
    <w:p w14:paraId="16EA3CF1" w14:textId="77777777" w:rsidR="00F3014B" w:rsidRDefault="00CC3313">
      <w:pPr>
        <w:spacing w:before="80" w:after="100"/>
      </w:pPr>
      <w:r>
        <w:rPr>
          <w:b/>
          <w:sz w:val="16"/>
        </w:rPr>
        <w:t xml:space="preserve">Assessment key: </w:t>
      </w:r>
      <w:r>
        <w:rPr>
          <w:color w:val="666666"/>
          <w:sz w:val="16"/>
        </w:rPr>
        <w:t>A = Application  |  I = Interview  |  Ass = Assessment</w:t>
      </w:r>
    </w:p>
    <w:tbl>
      <w:tblPr>
        <w:tblW w:w="0" w:type="auto"/>
        <w:jc w:val="center"/>
        <w:tblLook w:val="04A0" w:firstRow="1" w:lastRow="0" w:firstColumn="1" w:lastColumn="0" w:noHBand="0" w:noVBand="1"/>
      </w:tblPr>
      <w:tblGrid>
        <w:gridCol w:w="10282"/>
      </w:tblGrid>
      <w:tr w:rsidR="00F3014B" w14:paraId="302FFAB3" w14:textId="77777777">
        <w:trPr>
          <w:cantSplit/>
          <w:jc w:val="center"/>
        </w:trPr>
        <w:tc>
          <w:tcPr>
            <w:tcW w:w="10282" w:type="dxa"/>
            <w:shd w:val="clear" w:color="auto" w:fill="0E2841"/>
            <w:tcMar>
              <w:top w:w="120" w:type="dxa"/>
              <w:left w:w="150" w:type="dxa"/>
              <w:bottom w:w="120" w:type="dxa"/>
              <w:right w:w="150" w:type="dxa"/>
            </w:tcMar>
          </w:tcPr>
          <w:p w14:paraId="1D89F513" w14:textId="77777777" w:rsidR="00F3014B" w:rsidRDefault="00CC3313">
            <w:pPr>
              <w:spacing w:after="0"/>
              <w:jc w:val="center"/>
            </w:pPr>
            <w:r>
              <w:rPr>
                <w:b/>
                <w:color w:val="FFFFFF"/>
                <w:sz w:val="17"/>
              </w:rPr>
              <w:t>Birmingham Diocesan Multi-Academy Trust is committed to safeguarding and promoting the welfare of children and young people and requires all staff to share this commitment. This post is subject to safer recruitment measures, including a DBS check.</w:t>
            </w:r>
          </w:p>
        </w:tc>
      </w:tr>
    </w:tbl>
    <w:p w14:paraId="709DDF11" w14:textId="77777777" w:rsidR="00CC3313" w:rsidRDefault="00CC3313"/>
    <w:sectPr w:rsidR="00CC3313" w:rsidSect="00034616">
      <w:headerReference w:type="default" r:id="rId8"/>
      <w:footerReference w:type="default" r:id="rId9"/>
      <w:pgSz w:w="12240" w:h="15840"/>
      <w:pgMar w:top="792" w:right="979" w:bottom="792" w:left="979"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11F3" w14:textId="77777777" w:rsidR="00577808" w:rsidRDefault="00577808">
      <w:pPr>
        <w:spacing w:after="0" w:line="240" w:lineRule="auto"/>
      </w:pPr>
      <w:r>
        <w:separator/>
      </w:r>
    </w:p>
  </w:endnote>
  <w:endnote w:type="continuationSeparator" w:id="0">
    <w:p w14:paraId="114E0B9D" w14:textId="77777777" w:rsidR="00577808" w:rsidRDefault="0057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A0C4" w14:textId="77777777" w:rsidR="00F3014B" w:rsidRDefault="00CC3313">
    <w:pPr>
      <w:pStyle w:val="Footer"/>
      <w:jc w:val="center"/>
    </w:pPr>
    <w:r>
      <w:rPr>
        <w:color w:val="666666"/>
        <w:sz w:val="15"/>
      </w:rPr>
      <w:t>Learning for Life, Anchored in Christ  |  Hope • Service • Dignity • Courage • Humility • Compassion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503A3" w14:textId="77777777" w:rsidR="00577808" w:rsidRDefault="00577808">
      <w:pPr>
        <w:spacing w:after="0" w:line="240" w:lineRule="auto"/>
      </w:pPr>
      <w:r>
        <w:separator/>
      </w:r>
    </w:p>
  </w:footnote>
  <w:footnote w:type="continuationSeparator" w:id="0">
    <w:p w14:paraId="30675826" w14:textId="77777777" w:rsidR="00577808" w:rsidRDefault="00577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B430F" w14:textId="77777777" w:rsidR="00F3014B" w:rsidRDefault="00CC3313">
    <w:pPr>
      <w:pStyle w:val="Header"/>
      <w:jc w:val="center"/>
    </w:pPr>
    <w:r>
      <w:rPr>
        <w:rFonts w:ascii="Aptos Display" w:hAnsi="Aptos Display"/>
        <w:b/>
        <w:sz w:val="20"/>
      </w:rPr>
      <w:t>ST CLEMENT'S CE ACADEMY</w:t>
    </w:r>
  </w:p>
  <w:p w14:paraId="3DD6F589" w14:textId="77777777" w:rsidR="00F3014B" w:rsidRDefault="00CC3313">
    <w:pPr>
      <w:spacing w:after="40"/>
      <w:jc w:val="center"/>
    </w:pPr>
    <w:r>
      <w:rPr>
        <w:i/>
        <w:color w:val="666666"/>
        <w:sz w:val="15"/>
      </w:rPr>
      <w:t>Serving the community in the name of Christ since 1859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9755279">
    <w:abstractNumId w:val="8"/>
  </w:num>
  <w:num w:numId="2" w16cid:durableId="1549418080">
    <w:abstractNumId w:val="6"/>
  </w:num>
  <w:num w:numId="3" w16cid:durableId="111558639">
    <w:abstractNumId w:val="5"/>
  </w:num>
  <w:num w:numId="4" w16cid:durableId="1120419549">
    <w:abstractNumId w:val="4"/>
  </w:num>
  <w:num w:numId="5" w16cid:durableId="548417463">
    <w:abstractNumId w:val="7"/>
  </w:num>
  <w:num w:numId="6" w16cid:durableId="1890604001">
    <w:abstractNumId w:val="3"/>
  </w:num>
  <w:num w:numId="7" w16cid:durableId="2024938181">
    <w:abstractNumId w:val="2"/>
  </w:num>
  <w:num w:numId="8" w16cid:durableId="466627084">
    <w:abstractNumId w:val="1"/>
  </w:num>
  <w:num w:numId="9" w16cid:durableId="1365209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B3D"/>
    <w:rsid w:val="0006063C"/>
    <w:rsid w:val="0015074B"/>
    <w:rsid w:val="0029639D"/>
    <w:rsid w:val="00326F90"/>
    <w:rsid w:val="00445E52"/>
    <w:rsid w:val="00577808"/>
    <w:rsid w:val="005E7445"/>
    <w:rsid w:val="00862DA6"/>
    <w:rsid w:val="008D46F0"/>
    <w:rsid w:val="009A2B2B"/>
    <w:rsid w:val="00AA1D8D"/>
    <w:rsid w:val="00B47730"/>
    <w:rsid w:val="00B657CA"/>
    <w:rsid w:val="00CB0664"/>
    <w:rsid w:val="00CC3313"/>
    <w:rsid w:val="00E9494E"/>
    <w:rsid w:val="00F3014B"/>
    <w:rsid w:val="00FC693F"/>
    <w:rsid w:val="101BEA8D"/>
    <w:rsid w:val="3816D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E24DF45-D1AE-4F6D-8A3B-A87E91F1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0E2841"/>
      <w:sz w:val="19"/>
    </w:rPr>
  </w:style>
  <w:style w:type="paragraph" w:styleId="Heading1">
    <w:name w:val="heading 1"/>
    <w:basedOn w:val="Normal"/>
    <w:next w:val="Normal"/>
    <w:link w:val="Heading1Char"/>
    <w:uiPriority w:val="9"/>
    <w:qFormat/>
    <w:rsid w:val="00FC693F"/>
    <w:pPr>
      <w:keepNext/>
      <w:keepLines/>
      <w:spacing w:before="10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60" w:after="80"/>
      <w:outlineLvl w:val="1"/>
    </w:pPr>
    <w:rPr>
      <w:rFonts w:asciiTheme="majorHAnsi" w:eastAsiaTheme="majorEastAsia" w:hAnsiTheme="majorHAnsi" w:cstheme="majorBidi"/>
      <w:b/>
      <w:bCs/>
      <w:color w:val="0070C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60" w:after="80" w:line="240" w:lineRule="auto"/>
      <w:contextualSpacing/>
    </w:pPr>
    <w:rPr>
      <w:rFonts w:asciiTheme="majorHAnsi" w:eastAsiaTheme="majorEastAsia" w:hAnsiTheme="majorHAnsi" w:cstheme="majorBidi"/>
      <w:b/>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1376</Words>
  <Characters>7846</Characters>
  <Application>Microsoft Office Word</Application>
  <DocSecurity>0</DocSecurity>
  <Lines>65</Lines>
  <Paragraphs>18</Paragraphs>
  <ScaleCrop>false</ScaleCrop>
  <Manager/>
  <Company/>
  <LinksUpToDate>false</LinksUpToDate>
  <CharactersWithSpaces>9204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Clement's CE Academy - Lunchtime Supervisor Advert and Job Description</dc:title>
  <dc:subject>Values-led recruitment advert and job description</dc:subject>
  <dc:creator>St Clement’s CE Academy</dc:creator>
  <cp:keywords/>
  <dc:description>generated by python-docx</dc:description>
  <cp:lastModifiedBy>Shaneka Nelson</cp:lastModifiedBy>
  <cp:revision>4</cp:revision>
  <dcterms:created xsi:type="dcterms:W3CDTF">2026-09-11T13:49:00Z</dcterms:created>
  <dcterms:modified xsi:type="dcterms:W3CDTF">2026-09-15T10:52:00Z</dcterms:modified>
  <cp:category/>
</cp:coreProperties>
</file>