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1A2CD" w14:textId="7A953601" w:rsidR="008F60B8" w:rsidRPr="001C51D1" w:rsidRDefault="008F60B8" w:rsidP="00C0700F">
      <w:pPr>
        <w:rPr>
          <w:rFonts w:ascii="Nunito Sans" w:hAnsi="Nunito Sans"/>
          <w:b/>
          <w:sz w:val="32"/>
        </w:rPr>
      </w:pPr>
      <w:r w:rsidRPr="001C51D1">
        <w:rPr>
          <w:rFonts w:ascii="Nunito Sans" w:hAnsi="Nunito Sans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 wp14:anchorId="701CE2FD" wp14:editId="6CB5EE1A">
            <wp:simplePos x="0" y="0"/>
            <wp:positionH relativeFrom="margin">
              <wp:posOffset>4678680</wp:posOffset>
            </wp:positionH>
            <wp:positionV relativeFrom="paragraph">
              <wp:posOffset>152400</wp:posOffset>
            </wp:positionV>
            <wp:extent cx="1637686" cy="881192"/>
            <wp:effectExtent l="152400" t="152400" r="362585" b="357505"/>
            <wp:wrapSquare wrapText="bothSides"/>
            <wp:docPr id="291855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55350" name="Picture 2918553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7686" cy="8811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CC3C0" w14:textId="385045DE" w:rsidR="00415A39" w:rsidRPr="001C51D1" w:rsidRDefault="00D97A05" w:rsidP="00C0700F">
      <w:pPr>
        <w:rPr>
          <w:rFonts w:ascii="Nunito Sans" w:hAnsi="Nunito Sans"/>
          <w:b/>
          <w:sz w:val="32"/>
        </w:rPr>
      </w:pPr>
      <w:r w:rsidRPr="001C51D1">
        <w:rPr>
          <w:rFonts w:ascii="Nunito Sans" w:hAnsi="Nunito Sans"/>
          <w:b/>
          <w:sz w:val="32"/>
        </w:rPr>
        <w:t>Person Specification – Teaching Assistant</w:t>
      </w:r>
    </w:p>
    <w:p w14:paraId="5095167D" w14:textId="77777777" w:rsidR="00C0700F" w:rsidRPr="001C51D1" w:rsidRDefault="00C0700F" w:rsidP="00C0700F">
      <w:pPr>
        <w:rPr>
          <w:rFonts w:ascii="Nunito Sans" w:hAnsi="Nunito Sans"/>
        </w:rPr>
      </w:pPr>
    </w:p>
    <w:p w14:paraId="507E1F18" w14:textId="77777777" w:rsidR="008F60B8" w:rsidRPr="001C51D1" w:rsidRDefault="008F60B8">
      <w:pPr>
        <w:rPr>
          <w:rFonts w:ascii="Nunito Sans" w:hAnsi="Nunito Sans"/>
        </w:rPr>
      </w:pPr>
    </w:p>
    <w:p w14:paraId="6C22970F" w14:textId="77777777" w:rsidR="008F60B8" w:rsidRPr="001C51D1" w:rsidRDefault="008F60B8">
      <w:pPr>
        <w:rPr>
          <w:rFonts w:ascii="Nunito Sans" w:hAnsi="Nunito Sans"/>
        </w:rPr>
      </w:pPr>
    </w:p>
    <w:p w14:paraId="23DE953D" w14:textId="772BF352" w:rsidR="00415A39" w:rsidRPr="000F771B" w:rsidRDefault="00D97A05">
      <w:pPr>
        <w:rPr>
          <w:rFonts w:ascii="Nunito Sans" w:hAnsi="Nunito Sans"/>
          <w:i/>
          <w:iCs/>
        </w:rPr>
      </w:pPr>
      <w:r w:rsidRPr="000F771B">
        <w:rPr>
          <w:rFonts w:ascii="Nunito Sans" w:hAnsi="Nunito Sans"/>
          <w:i/>
          <w:iCs/>
        </w:rPr>
        <w:t>These qualities are not listed in order of importance. In your application, please address each of the criteria below, giving examples from your experience wherever possible.</w:t>
      </w:r>
    </w:p>
    <w:p w14:paraId="641F8542" w14:textId="77777777" w:rsidR="00C0700F" w:rsidRPr="001C51D1" w:rsidRDefault="00C0700F">
      <w:pPr>
        <w:rPr>
          <w:rFonts w:ascii="Nunito Sans" w:hAnsi="Nunito Sans"/>
        </w:rPr>
      </w:pPr>
    </w:p>
    <w:p w14:paraId="2D0FFBA2" w14:textId="77777777" w:rsidR="00415A39" w:rsidRPr="001C51D1" w:rsidRDefault="00D97A05">
      <w:pPr>
        <w:rPr>
          <w:rFonts w:ascii="Nunito Sans" w:hAnsi="Nunito Sans"/>
        </w:rPr>
      </w:pPr>
      <w:r w:rsidRPr="001C51D1">
        <w:rPr>
          <w:rFonts w:ascii="Nunito Sans" w:hAnsi="Nunito Sans"/>
          <w:b/>
        </w:rPr>
        <w:t>The successful candidate will:</w:t>
      </w:r>
    </w:p>
    <w:p w14:paraId="593551B6" w14:textId="77777777" w:rsidR="00415A39" w:rsidRPr="001C51D1" w:rsidRDefault="00D97A05" w:rsidP="00C0700F">
      <w:pPr>
        <w:pStyle w:val="ListBullet"/>
        <w:numPr>
          <w:ilvl w:val="0"/>
          <w:numId w:val="10"/>
        </w:numPr>
        <w:spacing w:after="60" w:line="252" w:lineRule="auto"/>
        <w:rPr>
          <w:rFonts w:ascii="Nunito Sans" w:hAnsi="Nunito Sans"/>
        </w:rPr>
      </w:pPr>
      <w:r w:rsidRPr="001C51D1">
        <w:rPr>
          <w:rFonts w:ascii="Nunito Sans" w:hAnsi="Nunito Sans"/>
        </w:rPr>
        <w:t>Have recent and relevant experience of working with children, preferably within Key Stage 2.</w:t>
      </w:r>
    </w:p>
    <w:p w14:paraId="6D8CA77A" w14:textId="77777777" w:rsidR="00415A39" w:rsidRPr="001C51D1" w:rsidRDefault="00D97A05" w:rsidP="00C0700F">
      <w:pPr>
        <w:pStyle w:val="ListBullet"/>
        <w:numPr>
          <w:ilvl w:val="0"/>
          <w:numId w:val="10"/>
        </w:numPr>
        <w:spacing w:after="60" w:line="252" w:lineRule="auto"/>
        <w:rPr>
          <w:rFonts w:ascii="Nunito Sans" w:hAnsi="Nunito Sans"/>
        </w:rPr>
      </w:pPr>
      <w:r w:rsidRPr="001C51D1">
        <w:rPr>
          <w:rFonts w:ascii="Nunito Sans" w:hAnsi="Nunito Sans"/>
        </w:rPr>
        <w:t>Communicate clearly, confidently and appropriately with children and adults, with a good standard of spoken and written English.</w:t>
      </w:r>
    </w:p>
    <w:p w14:paraId="4801F6E5" w14:textId="77777777" w:rsidR="00415A39" w:rsidRPr="001C51D1" w:rsidRDefault="00D97A05" w:rsidP="00C0700F">
      <w:pPr>
        <w:pStyle w:val="ListBullet"/>
        <w:numPr>
          <w:ilvl w:val="0"/>
          <w:numId w:val="10"/>
        </w:numPr>
        <w:spacing w:after="60" w:line="252" w:lineRule="auto"/>
        <w:rPr>
          <w:rFonts w:ascii="Nunito Sans" w:hAnsi="Nunito Sans"/>
        </w:rPr>
      </w:pPr>
      <w:r w:rsidRPr="001C51D1">
        <w:rPr>
          <w:rFonts w:ascii="Nunito Sans" w:hAnsi="Nunito Sans"/>
        </w:rPr>
        <w:t>Have good literacy and numeracy skills and be able to support pupils effectively with their learning.</w:t>
      </w:r>
    </w:p>
    <w:p w14:paraId="0E698789" w14:textId="77777777" w:rsidR="00415A39" w:rsidRPr="001C51D1" w:rsidRDefault="00D97A05" w:rsidP="00C0700F">
      <w:pPr>
        <w:pStyle w:val="ListBullet"/>
        <w:numPr>
          <w:ilvl w:val="0"/>
          <w:numId w:val="10"/>
        </w:numPr>
        <w:spacing w:after="60" w:line="252" w:lineRule="auto"/>
        <w:rPr>
          <w:rFonts w:ascii="Nunito Sans" w:hAnsi="Nunito Sans"/>
        </w:rPr>
      </w:pPr>
      <w:r w:rsidRPr="001C51D1">
        <w:rPr>
          <w:rFonts w:ascii="Nunito Sans" w:hAnsi="Nunito Sans"/>
        </w:rPr>
        <w:t>Be calm, patient and positive, including when supporting children who may find learning, behaviour or social situations challenging.</w:t>
      </w:r>
    </w:p>
    <w:p w14:paraId="01814C2B" w14:textId="77777777" w:rsidR="00415A39" w:rsidRPr="001C51D1" w:rsidRDefault="00D97A05" w:rsidP="00C0700F">
      <w:pPr>
        <w:pStyle w:val="ListBullet"/>
        <w:numPr>
          <w:ilvl w:val="0"/>
          <w:numId w:val="10"/>
        </w:numPr>
        <w:spacing w:after="60" w:line="252" w:lineRule="auto"/>
        <w:rPr>
          <w:rFonts w:ascii="Nunito Sans" w:hAnsi="Nunito Sans"/>
        </w:rPr>
      </w:pPr>
      <w:r w:rsidRPr="001C51D1">
        <w:rPr>
          <w:rFonts w:ascii="Nunito Sans" w:hAnsi="Nunito Sans"/>
        </w:rPr>
        <w:t>Have the confidence to give clear instructions, establish appropriate boundaries and reinforce the school's expectations for behaviour.</w:t>
      </w:r>
    </w:p>
    <w:p w14:paraId="5853C657" w14:textId="77777777" w:rsidR="00415A39" w:rsidRPr="001C51D1" w:rsidRDefault="00D97A05" w:rsidP="00C0700F">
      <w:pPr>
        <w:pStyle w:val="ListBullet"/>
        <w:numPr>
          <w:ilvl w:val="0"/>
          <w:numId w:val="10"/>
        </w:numPr>
        <w:spacing w:after="60" w:line="252" w:lineRule="auto"/>
        <w:rPr>
          <w:rFonts w:ascii="Nunito Sans" w:hAnsi="Nunito Sans"/>
        </w:rPr>
      </w:pPr>
      <w:r w:rsidRPr="001C51D1">
        <w:rPr>
          <w:rFonts w:ascii="Nunito Sans" w:hAnsi="Nunito Sans"/>
        </w:rPr>
        <w:t>Be enthusiastic about children's learning and committed to helping all pupils achieve their potential.</w:t>
      </w:r>
    </w:p>
    <w:p w14:paraId="20ECE4B4" w14:textId="77777777" w:rsidR="00415A39" w:rsidRPr="001C51D1" w:rsidRDefault="00D97A05" w:rsidP="00C0700F">
      <w:pPr>
        <w:pStyle w:val="ListBullet"/>
        <w:numPr>
          <w:ilvl w:val="0"/>
          <w:numId w:val="10"/>
        </w:numPr>
        <w:spacing w:after="60" w:line="252" w:lineRule="auto"/>
        <w:rPr>
          <w:rFonts w:ascii="Nunito Sans" w:hAnsi="Nunito Sans"/>
        </w:rPr>
      </w:pPr>
      <w:r w:rsidRPr="001C51D1">
        <w:rPr>
          <w:rFonts w:ascii="Nunito Sans" w:hAnsi="Nunito Sans"/>
        </w:rPr>
        <w:t>Build positive, respectful relationships with children while maintaining appropriate professional boundaries.</w:t>
      </w:r>
    </w:p>
    <w:p w14:paraId="3B0E9E50" w14:textId="77777777" w:rsidR="00415A39" w:rsidRPr="001C51D1" w:rsidRDefault="00D97A05" w:rsidP="00C0700F">
      <w:pPr>
        <w:pStyle w:val="ListBullet"/>
        <w:numPr>
          <w:ilvl w:val="0"/>
          <w:numId w:val="10"/>
        </w:numPr>
        <w:spacing w:after="60" w:line="252" w:lineRule="auto"/>
        <w:rPr>
          <w:rFonts w:ascii="Nunito Sans" w:hAnsi="Nunito Sans"/>
        </w:rPr>
      </w:pPr>
      <w:r w:rsidRPr="001C51D1">
        <w:rPr>
          <w:rFonts w:ascii="Nunito Sans" w:hAnsi="Nunito Sans"/>
        </w:rPr>
        <w:t>Work effectively as part of a team and develop positive working relationships with teachers, teaching assistants and other members of staff.</w:t>
      </w:r>
    </w:p>
    <w:p w14:paraId="3ADC437F" w14:textId="77777777" w:rsidR="00415A39" w:rsidRPr="001C51D1" w:rsidRDefault="00D97A05" w:rsidP="00C0700F">
      <w:pPr>
        <w:pStyle w:val="ListBullet"/>
        <w:numPr>
          <w:ilvl w:val="0"/>
          <w:numId w:val="10"/>
        </w:numPr>
        <w:spacing w:after="60" w:line="252" w:lineRule="auto"/>
        <w:rPr>
          <w:rFonts w:ascii="Nunito Sans" w:hAnsi="Nunito Sans"/>
        </w:rPr>
      </w:pPr>
      <w:r w:rsidRPr="001C51D1">
        <w:rPr>
          <w:rFonts w:ascii="Nunito Sans" w:hAnsi="Nunito Sans"/>
        </w:rPr>
        <w:t>Be able to work under the direction of a teacher or other supervising member of staff, while also using initiative appropriately.</w:t>
      </w:r>
    </w:p>
    <w:p w14:paraId="2F163036" w14:textId="77777777" w:rsidR="00415A39" w:rsidRPr="001C51D1" w:rsidRDefault="00D97A05" w:rsidP="00C0700F">
      <w:pPr>
        <w:pStyle w:val="ListBullet"/>
        <w:numPr>
          <w:ilvl w:val="0"/>
          <w:numId w:val="10"/>
        </w:numPr>
        <w:spacing w:after="60" w:line="252" w:lineRule="auto"/>
        <w:rPr>
          <w:rFonts w:ascii="Nunito Sans" w:hAnsi="Nunito Sans"/>
        </w:rPr>
      </w:pPr>
      <w:r w:rsidRPr="001C51D1">
        <w:rPr>
          <w:rFonts w:ascii="Nunito Sans" w:hAnsi="Nunito Sans"/>
        </w:rPr>
        <w:t>Be reliable and punctual, with good personal organisation skills.</w:t>
      </w:r>
    </w:p>
    <w:p w14:paraId="01444FA1" w14:textId="77777777" w:rsidR="00415A39" w:rsidRPr="001C51D1" w:rsidRDefault="00D97A05" w:rsidP="00C0700F">
      <w:pPr>
        <w:pStyle w:val="ListBullet"/>
        <w:numPr>
          <w:ilvl w:val="0"/>
          <w:numId w:val="10"/>
        </w:numPr>
        <w:spacing w:after="60" w:line="252" w:lineRule="auto"/>
        <w:rPr>
          <w:rFonts w:ascii="Nunito Sans" w:hAnsi="Nunito Sans"/>
        </w:rPr>
      </w:pPr>
      <w:r w:rsidRPr="001C51D1">
        <w:rPr>
          <w:rFonts w:ascii="Nunito Sans" w:hAnsi="Nunito Sans"/>
        </w:rPr>
        <w:t>Be adaptable and able to respond calmly and appropriately to the changing demands of the school day.</w:t>
      </w:r>
    </w:p>
    <w:p w14:paraId="34AF75F5" w14:textId="6CCF6FEF" w:rsidR="00415A39" w:rsidRPr="001C51D1" w:rsidRDefault="00D97A05" w:rsidP="00C0700F">
      <w:pPr>
        <w:pStyle w:val="ListBullet"/>
        <w:numPr>
          <w:ilvl w:val="0"/>
          <w:numId w:val="10"/>
        </w:numPr>
        <w:spacing w:after="60" w:line="252" w:lineRule="auto"/>
        <w:rPr>
          <w:rFonts w:ascii="Nunito Sans" w:hAnsi="Nunito Sans"/>
        </w:rPr>
      </w:pPr>
      <w:r w:rsidRPr="001C51D1">
        <w:rPr>
          <w:rFonts w:ascii="Nunito Sans" w:hAnsi="Nunito Sans"/>
        </w:rPr>
        <w:t xml:space="preserve">Be able to use basic IT </w:t>
      </w:r>
      <w:r w:rsidR="00C0700F" w:rsidRPr="001C51D1">
        <w:rPr>
          <w:rFonts w:ascii="Nunito Sans" w:hAnsi="Nunito Sans"/>
        </w:rPr>
        <w:t>confidently or</w:t>
      </w:r>
      <w:r w:rsidRPr="001C51D1">
        <w:rPr>
          <w:rFonts w:ascii="Nunito Sans" w:hAnsi="Nunito Sans"/>
        </w:rPr>
        <w:t xml:space="preserve"> be willing to develop the necessary skills.</w:t>
      </w:r>
    </w:p>
    <w:p w14:paraId="4A4D00C3" w14:textId="77777777" w:rsidR="00415A39" w:rsidRPr="001C51D1" w:rsidRDefault="00D97A05" w:rsidP="00C0700F">
      <w:pPr>
        <w:pStyle w:val="ListBullet"/>
        <w:numPr>
          <w:ilvl w:val="0"/>
          <w:numId w:val="10"/>
        </w:numPr>
        <w:spacing w:after="60" w:line="252" w:lineRule="auto"/>
        <w:rPr>
          <w:rFonts w:ascii="Nunito Sans" w:hAnsi="Nunito Sans"/>
        </w:rPr>
      </w:pPr>
      <w:r w:rsidRPr="001C51D1">
        <w:rPr>
          <w:rFonts w:ascii="Nunito Sans" w:hAnsi="Nunito Sans"/>
        </w:rPr>
        <w:t>Be committed to equality of opportunity and to supporting the inclusion of all pupils.</w:t>
      </w:r>
    </w:p>
    <w:p w14:paraId="07230622" w14:textId="77777777" w:rsidR="00415A39" w:rsidRPr="001C51D1" w:rsidRDefault="00D97A05" w:rsidP="00C0700F">
      <w:pPr>
        <w:pStyle w:val="ListBullet"/>
        <w:numPr>
          <w:ilvl w:val="0"/>
          <w:numId w:val="10"/>
        </w:numPr>
        <w:spacing w:after="60" w:line="252" w:lineRule="auto"/>
        <w:rPr>
          <w:rFonts w:ascii="Nunito Sans" w:hAnsi="Nunito Sans"/>
        </w:rPr>
      </w:pPr>
      <w:r w:rsidRPr="001C51D1">
        <w:rPr>
          <w:rFonts w:ascii="Nunito Sans" w:hAnsi="Nunito Sans"/>
        </w:rPr>
        <w:t>Understand the importance of maintaining confidentiality in relation to pupils, families and staff.</w:t>
      </w:r>
    </w:p>
    <w:p w14:paraId="65AEF481" w14:textId="77777777" w:rsidR="00415A39" w:rsidRPr="001C51D1" w:rsidRDefault="00D97A05" w:rsidP="00C0700F">
      <w:pPr>
        <w:pStyle w:val="ListBullet"/>
        <w:numPr>
          <w:ilvl w:val="0"/>
          <w:numId w:val="10"/>
        </w:numPr>
        <w:spacing w:after="60" w:line="252" w:lineRule="auto"/>
        <w:rPr>
          <w:rFonts w:ascii="Nunito Sans" w:hAnsi="Nunito Sans"/>
        </w:rPr>
      </w:pPr>
      <w:r w:rsidRPr="001C51D1">
        <w:rPr>
          <w:rFonts w:ascii="Nunito Sans" w:hAnsi="Nunito Sans"/>
        </w:rPr>
        <w:t>Understand the importance of safeguarding and be fully committed to following the school's safeguarding and child protection policies and procedures.</w:t>
      </w:r>
    </w:p>
    <w:p w14:paraId="03E6F4E0" w14:textId="77777777" w:rsidR="00415A39" w:rsidRPr="001C51D1" w:rsidRDefault="00D97A05" w:rsidP="00C0700F">
      <w:pPr>
        <w:pStyle w:val="ListBullet"/>
        <w:numPr>
          <w:ilvl w:val="0"/>
          <w:numId w:val="10"/>
        </w:numPr>
        <w:spacing w:after="60" w:line="252" w:lineRule="auto"/>
        <w:rPr>
          <w:rFonts w:ascii="Nunito Sans" w:hAnsi="Nunito Sans"/>
        </w:rPr>
      </w:pPr>
      <w:r w:rsidRPr="001C51D1">
        <w:rPr>
          <w:rFonts w:ascii="Nunito Sans" w:hAnsi="Nunito Sans"/>
        </w:rPr>
        <w:t>Have basic first aid skills or be willing to undertake appropriate training.</w:t>
      </w:r>
    </w:p>
    <w:sectPr w:rsidR="00415A39" w:rsidRPr="001C51D1" w:rsidSect="00034616">
      <w:pgSz w:w="12240" w:h="15840"/>
      <w:pgMar w:top="1080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BA24CE"/>
    <w:multiLevelType w:val="hybridMultilevel"/>
    <w:tmpl w:val="5946595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5433720">
    <w:abstractNumId w:val="8"/>
  </w:num>
  <w:num w:numId="2" w16cid:durableId="1951693302">
    <w:abstractNumId w:val="6"/>
  </w:num>
  <w:num w:numId="3" w16cid:durableId="273756046">
    <w:abstractNumId w:val="5"/>
  </w:num>
  <w:num w:numId="4" w16cid:durableId="609513521">
    <w:abstractNumId w:val="4"/>
  </w:num>
  <w:num w:numId="5" w16cid:durableId="1130587428">
    <w:abstractNumId w:val="7"/>
  </w:num>
  <w:num w:numId="6" w16cid:durableId="2051104865">
    <w:abstractNumId w:val="3"/>
  </w:num>
  <w:num w:numId="7" w16cid:durableId="1677656920">
    <w:abstractNumId w:val="2"/>
  </w:num>
  <w:num w:numId="8" w16cid:durableId="165680840">
    <w:abstractNumId w:val="1"/>
  </w:num>
  <w:num w:numId="9" w16cid:durableId="927230953">
    <w:abstractNumId w:val="0"/>
  </w:num>
  <w:num w:numId="10" w16cid:durableId="3417101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771B"/>
    <w:rsid w:val="00127DA4"/>
    <w:rsid w:val="0015074B"/>
    <w:rsid w:val="001C51D1"/>
    <w:rsid w:val="0029639D"/>
    <w:rsid w:val="00326F90"/>
    <w:rsid w:val="00415A39"/>
    <w:rsid w:val="00507CCE"/>
    <w:rsid w:val="008F60B8"/>
    <w:rsid w:val="00AA1D8D"/>
    <w:rsid w:val="00B47730"/>
    <w:rsid w:val="00C0700F"/>
    <w:rsid w:val="00CB0664"/>
    <w:rsid w:val="00ED26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8C5FEB"/>
  <w14:defaultImageDpi w14:val="300"/>
  <w15:docId w15:val="{B9ED48B0-76BC-4C13-9B0F-097D1C54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Head</cp:lastModifiedBy>
  <cp:revision>5</cp:revision>
  <dcterms:created xsi:type="dcterms:W3CDTF">2026-09-03T09:10:00Z</dcterms:created>
  <dcterms:modified xsi:type="dcterms:W3CDTF">2026-09-03T09:53:00Z</dcterms:modified>
  <cp:category/>
</cp:coreProperties>
</file>