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FD2E4" w14:textId="51DA77E5" w:rsidR="00A1586B" w:rsidRPr="00B24BF1" w:rsidRDefault="007C3440">
      <w:pPr>
        <w:pStyle w:val="Heading1"/>
        <w:rPr>
          <w:rFonts w:ascii="Segoe UI" w:hAnsi="Segoe UI" w:cs="Segoe UI"/>
          <w:color w:val="016178"/>
          <w:sz w:val="24"/>
          <w:szCs w:val="24"/>
        </w:rPr>
      </w:pPr>
      <w:r>
        <w:rPr>
          <w:rFonts w:ascii="Segoe UI" w:hAnsi="Segoe UI" w:cs="Segoe UI"/>
          <w:color w:val="016178"/>
          <w:sz w:val="44"/>
          <w:szCs w:val="24"/>
        </w:rPr>
        <w:br/>
      </w:r>
      <w:bookmarkStart w:id="0" w:name="_Hlk218774413"/>
      <w:r w:rsidR="00B24BF1" w:rsidRPr="00A052C8">
        <w:rPr>
          <w:rFonts w:ascii="Segoe UI" w:hAnsi="Segoe UI" w:cs="Segoe UI"/>
          <w:b w:val="0"/>
          <w:bCs w:val="0"/>
          <w:color w:val="016178"/>
          <w:sz w:val="44"/>
          <w:szCs w:val="24"/>
        </w:rPr>
        <w:t>Job Description –</w:t>
      </w:r>
      <w:r w:rsidR="00B24BF1" w:rsidRPr="00B24BF1">
        <w:rPr>
          <w:rFonts w:ascii="Segoe UI" w:hAnsi="Segoe UI" w:cs="Segoe UI"/>
          <w:color w:val="016178"/>
          <w:sz w:val="44"/>
          <w:szCs w:val="24"/>
        </w:rPr>
        <w:t xml:space="preserve"> </w:t>
      </w:r>
      <w:r w:rsidR="00407282">
        <w:rPr>
          <w:rFonts w:ascii="Segoe UI" w:hAnsi="Segoe UI" w:cs="Segoe UI"/>
          <w:color w:val="016178"/>
          <w:sz w:val="44"/>
          <w:szCs w:val="24"/>
        </w:rPr>
        <w:t>Student Data Leader</w:t>
      </w:r>
    </w:p>
    <w:tbl>
      <w:tblPr>
        <w:tblStyle w:val="LightShading-Accent1"/>
        <w:tblW w:w="0" w:type="auto"/>
        <w:tblLook w:val="04A0" w:firstRow="1" w:lastRow="0" w:firstColumn="1" w:lastColumn="0" w:noHBand="0" w:noVBand="1"/>
      </w:tblPr>
      <w:tblGrid>
        <w:gridCol w:w="8640"/>
      </w:tblGrid>
      <w:tr w:rsidR="00A1586B" w:rsidRPr="00B24BF1" w14:paraId="0B85EE14" w14:textId="77777777" w:rsidTr="00C86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tcBorders>
              <w:top w:val="single" w:sz="4" w:space="0" w:color="FFFFFF" w:themeColor="background1"/>
              <w:bottom w:val="single" w:sz="4" w:space="0" w:color="FFFFFF" w:themeColor="background1"/>
            </w:tcBorders>
            <w:shd w:val="clear" w:color="auto" w:fill="FFFFFF" w:themeFill="background1"/>
          </w:tcPr>
          <w:p w14:paraId="43EA387D" w14:textId="678B42EB" w:rsidR="00A1586B" w:rsidRPr="00B24BF1" w:rsidRDefault="00B24BF1">
            <w:pPr>
              <w:rPr>
                <w:rFonts w:ascii="Segoe UI" w:hAnsi="Segoe UI" w:cs="Segoe UI"/>
              </w:rPr>
            </w:pPr>
            <w:r w:rsidRPr="00DF136F">
              <w:rPr>
                <w:rFonts w:ascii="Segoe UI" w:hAnsi="Segoe UI" w:cs="Segoe UI"/>
                <w:color w:val="016178"/>
                <w:sz w:val="24"/>
              </w:rPr>
              <w:t>Job Title:</w:t>
            </w:r>
            <w:r w:rsidRPr="00B24BF1">
              <w:rPr>
                <w:rFonts w:ascii="Segoe UI" w:hAnsi="Segoe UI" w:cs="Segoe UI"/>
                <w:sz w:val="24"/>
              </w:rPr>
              <w:t xml:space="preserve"> </w:t>
            </w:r>
            <w:r w:rsidR="00407282" w:rsidRPr="00407282">
              <w:rPr>
                <w:rFonts w:ascii="Segoe UI" w:hAnsi="Segoe UI" w:cs="Segoe UI"/>
                <w:b w:val="0"/>
                <w:bCs w:val="0"/>
                <w:color w:val="000000"/>
                <w:sz w:val="24"/>
              </w:rPr>
              <w:t>Student Data Leader</w:t>
            </w:r>
          </w:p>
        </w:tc>
      </w:tr>
      <w:tr w:rsidR="00A1586B" w:rsidRPr="00B24BF1" w14:paraId="41EAA0EC" w14:textId="77777777" w:rsidTr="00C86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tcBorders>
              <w:top w:val="single" w:sz="4" w:space="0" w:color="FFFFFF" w:themeColor="background1"/>
            </w:tcBorders>
            <w:shd w:val="clear" w:color="auto" w:fill="FFFFFF" w:themeFill="background1"/>
          </w:tcPr>
          <w:p w14:paraId="2C0B2080" w14:textId="19F9735F" w:rsidR="00A1586B" w:rsidRPr="00B24BF1" w:rsidRDefault="00B24BF1">
            <w:pPr>
              <w:rPr>
                <w:rFonts w:ascii="Segoe UI" w:hAnsi="Segoe UI" w:cs="Segoe UI"/>
              </w:rPr>
            </w:pPr>
            <w:r w:rsidRPr="00DF136F">
              <w:rPr>
                <w:rFonts w:ascii="Segoe UI" w:hAnsi="Segoe UI" w:cs="Segoe UI"/>
                <w:color w:val="016178"/>
                <w:sz w:val="24"/>
              </w:rPr>
              <w:t>Responsible to</w:t>
            </w:r>
            <w:r w:rsidRPr="00B24BF1">
              <w:rPr>
                <w:rFonts w:ascii="Segoe UI" w:hAnsi="Segoe UI" w:cs="Segoe UI"/>
                <w:sz w:val="24"/>
              </w:rPr>
              <w:t xml:space="preserve">: </w:t>
            </w:r>
            <w:r w:rsidR="00407282">
              <w:rPr>
                <w:rFonts w:ascii="Segoe UI" w:hAnsi="Segoe UI" w:cs="Segoe UI"/>
                <w:b w:val="0"/>
                <w:bCs w:val="0"/>
                <w:color w:val="000000"/>
                <w:sz w:val="24"/>
              </w:rPr>
              <w:t>Assistant Principal</w:t>
            </w:r>
          </w:p>
        </w:tc>
      </w:tr>
      <w:tr w:rsidR="00A1586B" w:rsidRPr="00B24BF1" w14:paraId="7C090101" w14:textId="77777777" w:rsidTr="00C86BF4">
        <w:tc>
          <w:tcPr>
            <w:cnfStyle w:val="001000000000" w:firstRow="0" w:lastRow="0" w:firstColumn="1" w:lastColumn="0" w:oddVBand="0" w:evenVBand="0" w:oddHBand="0" w:evenHBand="0" w:firstRowFirstColumn="0" w:firstRowLastColumn="0" w:lastRowFirstColumn="0" w:lastRowLastColumn="0"/>
            <w:tcW w:w="8640" w:type="dxa"/>
            <w:tcBorders>
              <w:bottom w:val="nil"/>
            </w:tcBorders>
            <w:shd w:val="clear" w:color="auto" w:fill="FFFFFF" w:themeFill="background1"/>
          </w:tcPr>
          <w:p w14:paraId="612C5014" w14:textId="348214E2" w:rsidR="00A1586B" w:rsidRPr="00B24BF1" w:rsidRDefault="00B24BF1">
            <w:pPr>
              <w:rPr>
                <w:rFonts w:ascii="Segoe UI" w:hAnsi="Segoe UI" w:cs="Segoe UI"/>
              </w:rPr>
            </w:pPr>
            <w:r w:rsidRPr="00DF136F">
              <w:rPr>
                <w:rFonts w:ascii="Segoe UI" w:hAnsi="Segoe UI" w:cs="Segoe UI"/>
                <w:color w:val="016178"/>
                <w:sz w:val="24"/>
              </w:rPr>
              <w:t>Salary Scale and Point:</w:t>
            </w:r>
            <w:r w:rsidRPr="00B24BF1">
              <w:rPr>
                <w:rFonts w:ascii="Segoe UI" w:hAnsi="Segoe UI" w:cs="Segoe UI"/>
                <w:sz w:val="24"/>
              </w:rPr>
              <w:t xml:space="preserve"> </w:t>
            </w:r>
            <w:r w:rsidRPr="006C4779">
              <w:rPr>
                <w:rFonts w:ascii="Segoe UI" w:hAnsi="Segoe UI" w:cs="Segoe UI"/>
                <w:b w:val="0"/>
                <w:bCs w:val="0"/>
                <w:color w:val="auto"/>
                <w:sz w:val="24"/>
              </w:rPr>
              <w:t xml:space="preserve">Grade </w:t>
            </w:r>
            <w:r w:rsidR="00407282">
              <w:rPr>
                <w:rFonts w:ascii="Segoe UI" w:hAnsi="Segoe UI" w:cs="Segoe UI"/>
                <w:b w:val="0"/>
                <w:bCs w:val="0"/>
                <w:color w:val="auto"/>
                <w:sz w:val="24"/>
              </w:rPr>
              <w:t>6</w:t>
            </w:r>
            <w:r w:rsidRPr="006C4779">
              <w:rPr>
                <w:rFonts w:ascii="Segoe UI" w:hAnsi="Segoe UI" w:cs="Segoe UI"/>
                <w:b w:val="0"/>
                <w:bCs w:val="0"/>
                <w:color w:val="auto"/>
                <w:sz w:val="24"/>
              </w:rPr>
              <w:t xml:space="preserve">, Point </w:t>
            </w:r>
            <w:r w:rsidR="00407282">
              <w:rPr>
                <w:rFonts w:ascii="Segoe UI" w:hAnsi="Segoe UI" w:cs="Segoe UI"/>
                <w:b w:val="0"/>
                <w:bCs w:val="0"/>
                <w:color w:val="auto"/>
                <w:sz w:val="24"/>
              </w:rPr>
              <w:t xml:space="preserve">20 </w:t>
            </w:r>
            <w:r w:rsidRPr="006C4779">
              <w:rPr>
                <w:rFonts w:ascii="Segoe UI" w:hAnsi="Segoe UI" w:cs="Segoe UI"/>
                <w:b w:val="0"/>
                <w:bCs w:val="0"/>
                <w:color w:val="auto"/>
                <w:sz w:val="24"/>
              </w:rPr>
              <w:t>–</w:t>
            </w:r>
            <w:r w:rsidR="00407282">
              <w:rPr>
                <w:rFonts w:ascii="Segoe UI" w:hAnsi="Segoe UI" w:cs="Segoe UI"/>
                <w:b w:val="0"/>
                <w:bCs w:val="0"/>
                <w:color w:val="auto"/>
                <w:sz w:val="24"/>
              </w:rPr>
              <w:t xml:space="preserve"> 2</w:t>
            </w:r>
            <w:r w:rsidRPr="006C4779">
              <w:rPr>
                <w:rFonts w:ascii="Segoe UI" w:hAnsi="Segoe UI" w:cs="Segoe UI"/>
                <w:b w:val="0"/>
                <w:bCs w:val="0"/>
                <w:color w:val="auto"/>
                <w:sz w:val="24"/>
              </w:rPr>
              <w:t>5</w:t>
            </w:r>
          </w:p>
        </w:tc>
      </w:tr>
      <w:tr w:rsidR="00A1586B" w:rsidRPr="00B24BF1" w14:paraId="28CF7545" w14:textId="77777777" w:rsidTr="00C86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tcBorders>
              <w:top w:val="nil"/>
              <w:bottom w:val="nil"/>
            </w:tcBorders>
            <w:shd w:val="clear" w:color="auto" w:fill="FFFFFF" w:themeFill="background1"/>
          </w:tcPr>
          <w:p w14:paraId="289AA1E6" w14:textId="34E3B684" w:rsidR="00A1586B" w:rsidRDefault="00B24BF1">
            <w:pPr>
              <w:rPr>
                <w:rFonts w:ascii="Segoe UI" w:hAnsi="Segoe UI" w:cs="Segoe UI"/>
                <w:color w:val="auto"/>
                <w:sz w:val="24"/>
              </w:rPr>
            </w:pPr>
            <w:r w:rsidRPr="00DF136F">
              <w:rPr>
                <w:rFonts w:ascii="Segoe UI" w:hAnsi="Segoe UI" w:cs="Segoe UI"/>
                <w:color w:val="016178"/>
                <w:sz w:val="24"/>
              </w:rPr>
              <w:t>Contracted Hours:</w:t>
            </w:r>
            <w:r w:rsidRPr="00B24BF1">
              <w:rPr>
                <w:rFonts w:ascii="Segoe UI" w:hAnsi="Segoe UI" w:cs="Segoe UI"/>
                <w:sz w:val="24"/>
              </w:rPr>
              <w:t xml:space="preserve"> </w:t>
            </w:r>
            <w:r w:rsidRPr="006C4779">
              <w:rPr>
                <w:rFonts w:ascii="Segoe UI" w:hAnsi="Segoe UI" w:cs="Segoe UI"/>
                <w:b w:val="0"/>
                <w:bCs w:val="0"/>
                <w:color w:val="auto"/>
                <w:sz w:val="24"/>
              </w:rPr>
              <w:t>37 hours</w:t>
            </w:r>
            <w:r w:rsidR="00407282">
              <w:rPr>
                <w:rFonts w:ascii="Segoe UI" w:hAnsi="Segoe UI" w:cs="Segoe UI"/>
                <w:b w:val="0"/>
                <w:bCs w:val="0"/>
                <w:color w:val="auto"/>
                <w:sz w:val="24"/>
              </w:rPr>
              <w:t>, all year round</w:t>
            </w:r>
          </w:p>
          <w:p w14:paraId="0078793B" w14:textId="355F6B0D" w:rsidR="00CE5B8F" w:rsidRPr="00B24BF1" w:rsidRDefault="00CE5B8F">
            <w:pPr>
              <w:rPr>
                <w:rFonts w:ascii="Segoe UI" w:hAnsi="Segoe UI" w:cs="Segoe UI"/>
              </w:rPr>
            </w:pPr>
          </w:p>
        </w:tc>
      </w:tr>
    </w:tbl>
    <w:bookmarkEnd w:id="0"/>
    <w:p w14:paraId="39D2B1AF" w14:textId="77777777" w:rsidR="00A1586B" w:rsidRPr="006C4779" w:rsidRDefault="00B24BF1" w:rsidP="00CE5B8F">
      <w:pPr>
        <w:pStyle w:val="Heading2"/>
        <w:rPr>
          <w:rFonts w:ascii="Segoe UI" w:hAnsi="Segoe UI" w:cs="Segoe UI"/>
          <w:color w:val="016178"/>
          <w:sz w:val="28"/>
          <w:szCs w:val="28"/>
        </w:rPr>
      </w:pPr>
      <w:r w:rsidRPr="006C4779">
        <w:rPr>
          <w:rFonts w:ascii="Segoe UI" w:hAnsi="Segoe UI" w:cs="Segoe UI"/>
          <w:color w:val="016178"/>
          <w:sz w:val="28"/>
          <w:szCs w:val="28"/>
        </w:rPr>
        <w:t>Purpose of the Job</w:t>
      </w:r>
    </w:p>
    <w:p w14:paraId="07D10B4D" w14:textId="3BF1FCA9" w:rsidR="00407282" w:rsidRPr="00407282" w:rsidRDefault="00407282" w:rsidP="00407282">
      <w:pPr>
        <w:rPr>
          <w:rFonts w:ascii="Segoe UI" w:eastAsia="SimSun" w:hAnsi="Segoe UI" w:cs="Segoe UI"/>
        </w:rPr>
      </w:pPr>
      <w:r w:rsidRPr="00407282">
        <w:rPr>
          <w:rFonts w:ascii="Segoe UI" w:eastAsia="SimSun" w:hAnsi="Segoe UI" w:cs="Segoe UI"/>
        </w:rPr>
        <w:t>To be responsible for assisting the Assistant Principal in leading the academy’s data collation, reporting, analysis, target setting and to co-ordinate the cycles of data meetings with relevant stakeholders to report on the data and agree actions.</w:t>
      </w:r>
    </w:p>
    <w:p w14:paraId="79AB4091" w14:textId="77777777" w:rsidR="00407282" w:rsidRPr="00407282" w:rsidRDefault="00407282" w:rsidP="00407282">
      <w:pPr>
        <w:pStyle w:val="ListParagraph"/>
        <w:numPr>
          <w:ilvl w:val="0"/>
          <w:numId w:val="19"/>
        </w:numPr>
        <w:spacing w:after="0" w:line="240" w:lineRule="auto"/>
        <w:rPr>
          <w:rFonts w:ascii="Segoe UI" w:eastAsia="SimSun" w:hAnsi="Segoe UI" w:cs="Segoe UI"/>
        </w:rPr>
      </w:pPr>
      <w:r w:rsidRPr="00407282">
        <w:rPr>
          <w:rFonts w:ascii="Segoe UI" w:eastAsia="SimSun" w:hAnsi="Segoe UI" w:cs="Segoe UI"/>
        </w:rPr>
        <w:t>Reporting on student attainment and progress to all stakeholders including SLT, staff, parents, OAT and Governors – including compiling, validating and interpreting the data.</w:t>
      </w:r>
    </w:p>
    <w:p w14:paraId="39D8F256" w14:textId="77777777" w:rsidR="00407282" w:rsidRPr="00407282" w:rsidRDefault="00407282" w:rsidP="00407282">
      <w:pPr>
        <w:pStyle w:val="ListParagraph"/>
        <w:numPr>
          <w:ilvl w:val="0"/>
          <w:numId w:val="19"/>
        </w:numPr>
        <w:spacing w:after="0" w:line="240" w:lineRule="auto"/>
        <w:rPr>
          <w:rFonts w:ascii="Segoe UI" w:eastAsia="SimSun" w:hAnsi="Segoe UI" w:cs="Segoe UI"/>
        </w:rPr>
      </w:pPr>
      <w:r w:rsidRPr="00407282">
        <w:rPr>
          <w:rFonts w:ascii="Segoe UI" w:eastAsia="SimSun" w:hAnsi="Segoe UI" w:cs="Segoe UI"/>
        </w:rPr>
        <w:t>Meeting with relevant personnel in the academy to discuss data reports and devise future actions and inform SLT strategy in relation to interventions.</w:t>
      </w:r>
    </w:p>
    <w:p w14:paraId="52D5AA3A" w14:textId="77777777" w:rsidR="00407282" w:rsidRPr="00407282" w:rsidRDefault="00407282" w:rsidP="00407282">
      <w:pPr>
        <w:pStyle w:val="ListParagraph"/>
        <w:numPr>
          <w:ilvl w:val="0"/>
          <w:numId w:val="19"/>
        </w:numPr>
        <w:spacing w:after="0" w:line="240" w:lineRule="auto"/>
        <w:rPr>
          <w:rFonts w:ascii="Segoe UI" w:eastAsia="SimSun" w:hAnsi="Segoe UI" w:cs="Segoe UI"/>
        </w:rPr>
      </w:pPr>
      <w:r w:rsidRPr="00407282">
        <w:rPr>
          <w:rFonts w:ascii="Segoe UI" w:eastAsia="SimSun" w:hAnsi="Segoe UI" w:cs="Segoe UI"/>
        </w:rPr>
        <w:t>Maintaining the academy/Trust Management Information Systems.</w:t>
      </w:r>
    </w:p>
    <w:p w14:paraId="69F05CDE" w14:textId="77777777" w:rsidR="00407282" w:rsidRPr="00407282" w:rsidRDefault="00407282" w:rsidP="00407282">
      <w:pPr>
        <w:pStyle w:val="ListParagraph"/>
        <w:numPr>
          <w:ilvl w:val="0"/>
          <w:numId w:val="19"/>
        </w:numPr>
        <w:spacing w:after="0" w:line="240" w:lineRule="auto"/>
        <w:rPr>
          <w:rFonts w:ascii="Segoe UI" w:eastAsia="SimSun" w:hAnsi="Segoe UI" w:cs="Segoe UI"/>
        </w:rPr>
      </w:pPr>
      <w:r w:rsidRPr="00407282">
        <w:rPr>
          <w:rFonts w:ascii="Segoe UI" w:eastAsia="SimSun" w:hAnsi="Segoe UI" w:cs="Segoe UI"/>
        </w:rPr>
        <w:t>Co-ordinating the termly School Census returns.</w:t>
      </w:r>
    </w:p>
    <w:p w14:paraId="45279CC5" w14:textId="77777777" w:rsidR="00407282" w:rsidRPr="00407282" w:rsidRDefault="00407282" w:rsidP="00407282">
      <w:pPr>
        <w:pStyle w:val="ListParagraph"/>
        <w:numPr>
          <w:ilvl w:val="0"/>
          <w:numId w:val="19"/>
        </w:numPr>
        <w:spacing w:after="0" w:line="240" w:lineRule="auto"/>
        <w:rPr>
          <w:rFonts w:ascii="Segoe UI" w:eastAsia="SimSun" w:hAnsi="Segoe UI" w:cs="Segoe UI"/>
        </w:rPr>
      </w:pPr>
      <w:r w:rsidRPr="00407282">
        <w:rPr>
          <w:rFonts w:ascii="Segoe UI" w:eastAsia="SimSun" w:hAnsi="Segoe UI" w:cs="Segoe UI"/>
        </w:rPr>
        <w:t>Support the Assistant Principal with the Guided Choices Process.</w:t>
      </w:r>
    </w:p>
    <w:p w14:paraId="1BB60F87" w14:textId="77777777" w:rsidR="00407282" w:rsidRPr="00407282" w:rsidRDefault="00407282" w:rsidP="008D586C">
      <w:pPr>
        <w:pStyle w:val="ListParagraph"/>
        <w:numPr>
          <w:ilvl w:val="0"/>
          <w:numId w:val="19"/>
        </w:numPr>
        <w:rPr>
          <w:rFonts w:ascii="Segoe UI" w:eastAsia="SimSun" w:hAnsi="Segoe UI" w:cs="Segoe UI"/>
        </w:rPr>
      </w:pPr>
      <w:r w:rsidRPr="00407282">
        <w:rPr>
          <w:rFonts w:ascii="Segoe UI" w:eastAsia="SimSun" w:hAnsi="Segoe UI" w:cs="Segoe UI"/>
        </w:rPr>
        <w:t>Support the Assistant Principal with producing and maintaining the academy timetable.</w:t>
      </w:r>
    </w:p>
    <w:p w14:paraId="327E7F57" w14:textId="77777777" w:rsidR="00407282" w:rsidRPr="00407282" w:rsidRDefault="00407282" w:rsidP="008D586C">
      <w:pPr>
        <w:pStyle w:val="ListParagraph"/>
        <w:numPr>
          <w:ilvl w:val="0"/>
          <w:numId w:val="19"/>
        </w:numPr>
        <w:rPr>
          <w:rFonts w:ascii="Segoe UI" w:eastAsia="SimSun" w:hAnsi="Segoe UI" w:cs="Segoe UI"/>
        </w:rPr>
      </w:pPr>
      <w:r w:rsidRPr="00407282">
        <w:rPr>
          <w:rFonts w:ascii="Segoe UI" w:eastAsia="SimSun" w:hAnsi="Segoe UI" w:cs="Segoe UI"/>
        </w:rPr>
        <w:t>To line manage the academy data apprentice – including relevant training and professional development.</w:t>
      </w:r>
    </w:p>
    <w:p w14:paraId="65E1D5EA" w14:textId="77777777"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Managing Management Information Systems – Arbor</w:t>
      </w:r>
    </w:p>
    <w:p w14:paraId="23D86BFE"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provide technical and operational support to teaching and non-teaching staff in the use of all aspects of </w:t>
      </w:r>
      <w:r>
        <w:rPr>
          <w:rFonts w:ascii="Segoe UI" w:hAnsi="Segoe UI" w:cs="Segoe UI"/>
        </w:rPr>
        <w:t>Arbor</w:t>
      </w:r>
      <w:r w:rsidRPr="00662F55">
        <w:rPr>
          <w:rFonts w:ascii="Segoe UI" w:hAnsi="Segoe UI" w:cs="Segoe UI"/>
        </w:rPr>
        <w:t xml:space="preserve"> </w:t>
      </w:r>
      <w:r>
        <w:rPr>
          <w:rFonts w:ascii="Segoe UI" w:hAnsi="Segoe UI" w:cs="Segoe UI"/>
        </w:rPr>
        <w:t>for example</w:t>
      </w:r>
      <w:r w:rsidRPr="00662F55">
        <w:rPr>
          <w:rFonts w:ascii="Segoe UI" w:hAnsi="Segoe UI" w:cs="Segoe UI"/>
        </w:rPr>
        <w:t>: attendance, registration, assessment, timetable, examinations,</w:t>
      </w:r>
      <w:r>
        <w:rPr>
          <w:rFonts w:ascii="Segoe UI" w:hAnsi="Segoe UI" w:cs="Segoe UI"/>
        </w:rPr>
        <w:t xml:space="preserve"> literacy, careers,</w:t>
      </w:r>
      <w:r w:rsidRPr="00662F55">
        <w:rPr>
          <w:rFonts w:ascii="Segoe UI" w:hAnsi="Segoe UI" w:cs="Segoe UI"/>
        </w:rPr>
        <w:t xml:space="preserve"> SEN</w:t>
      </w:r>
      <w:r>
        <w:rPr>
          <w:rFonts w:ascii="Segoe UI" w:hAnsi="Segoe UI" w:cs="Segoe UI"/>
        </w:rPr>
        <w:t>D</w:t>
      </w:r>
      <w:r w:rsidRPr="00662F55">
        <w:rPr>
          <w:rFonts w:ascii="Segoe UI" w:hAnsi="Segoe UI" w:cs="Segoe UI"/>
        </w:rPr>
        <w:t xml:space="preserve"> and student and staff records and keep set lists up to date and accurate.</w:t>
      </w:r>
    </w:p>
    <w:p w14:paraId="40B3BE06"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w:t>
      </w:r>
      <w:r w:rsidRPr="00CD3572">
        <w:rPr>
          <w:rFonts w:ascii="Segoe UI" w:hAnsi="Segoe UI" w:cs="Segoe UI"/>
        </w:rPr>
        <w:t xml:space="preserve">attend relevant SLT meetings and lead on advising </w:t>
      </w:r>
      <w:r w:rsidRPr="00662F55">
        <w:rPr>
          <w:rFonts w:ascii="Segoe UI" w:hAnsi="Segoe UI" w:cs="Segoe UI"/>
        </w:rPr>
        <w:t xml:space="preserve">of the SLT of new and future developments concerning </w:t>
      </w:r>
      <w:r>
        <w:rPr>
          <w:rFonts w:ascii="Segoe UI" w:hAnsi="Segoe UI" w:cs="Segoe UI"/>
        </w:rPr>
        <w:t>Arbor</w:t>
      </w:r>
      <w:r w:rsidRPr="00662F55">
        <w:rPr>
          <w:rFonts w:ascii="Segoe UI" w:hAnsi="Segoe UI" w:cs="Segoe UI"/>
        </w:rPr>
        <w:t>.</w:t>
      </w:r>
    </w:p>
    <w:p w14:paraId="4A8DC259"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t xml:space="preserve">To obtain and import student common transfer files from feeder schools, chasing this data where necessary to ensure new Year 7 data is ready for start of each academic year. </w:t>
      </w:r>
    </w:p>
    <w:p w14:paraId="3B65A5D3" w14:textId="77777777" w:rsidR="00407282"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export and send student common transfer files to destination schools. </w:t>
      </w:r>
    </w:p>
    <w:p w14:paraId="45977328" w14:textId="77777777" w:rsidR="00407282" w:rsidRPr="0085625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t>To work alongside Assistant Principal in target setting for students.</w:t>
      </w:r>
    </w:p>
    <w:p w14:paraId="5E29A7C3"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lastRenderedPageBreak/>
        <w:t xml:space="preserve">To be responsible for the removal of students from roll in liaison with the Senior </w:t>
      </w:r>
      <w:r>
        <w:rPr>
          <w:rFonts w:ascii="Segoe UI" w:hAnsi="Segoe UI" w:cs="Segoe UI"/>
        </w:rPr>
        <w:t>Staff</w:t>
      </w:r>
      <w:r w:rsidRPr="00CD3572">
        <w:rPr>
          <w:rFonts w:ascii="Segoe UI" w:hAnsi="Segoe UI" w:cs="Segoe UI"/>
        </w:rPr>
        <w:t xml:space="preserve"> as appropriate when destinations are known.</w:t>
      </w:r>
    </w:p>
    <w:p w14:paraId="7F15C2B2" w14:textId="77777777" w:rsidR="00407282"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To liaise with Examinations Manager to ensure QAN codes are up to date and accurate for completion of the Autumn School Census (for funding purposes).</w:t>
      </w:r>
    </w:p>
    <w:p w14:paraId="00DB2539"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To put practices in place to ensure data held on the MIS system is accurate and complete.</w:t>
      </w:r>
    </w:p>
    <w:p w14:paraId="722FA73D"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Set up and manage permissions </w:t>
      </w:r>
      <w:r>
        <w:rPr>
          <w:rFonts w:ascii="Segoe UI" w:hAnsi="Segoe UI" w:cs="Segoe UI"/>
        </w:rPr>
        <w:t>in Arbor.</w:t>
      </w:r>
    </w:p>
    <w:p w14:paraId="292FBD75"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perform the end of year procedures and promotion of the academy within </w:t>
      </w:r>
      <w:r>
        <w:rPr>
          <w:rFonts w:ascii="Segoe UI" w:hAnsi="Segoe UI" w:cs="Segoe UI"/>
        </w:rPr>
        <w:t>Arbor</w:t>
      </w:r>
      <w:r w:rsidRPr="00CD3572">
        <w:rPr>
          <w:rFonts w:ascii="Segoe UI" w:hAnsi="Segoe UI" w:cs="Segoe UI"/>
        </w:rPr>
        <w:t xml:space="preserve"> ready for the following year.</w:t>
      </w:r>
    </w:p>
    <w:p w14:paraId="2783FEE8"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t xml:space="preserve">Maintain a clear understanding of the General Data Protection Regulation (GDPR) and the implications that it has for managing school data, and help to ensure that the </w:t>
      </w:r>
      <w:proofErr w:type="gramStart"/>
      <w:r w:rsidRPr="00CD3572">
        <w:rPr>
          <w:rFonts w:ascii="Segoe UI" w:hAnsi="Segoe UI" w:cs="Segoe UI"/>
        </w:rPr>
        <w:t>School</w:t>
      </w:r>
      <w:proofErr w:type="gramEnd"/>
      <w:r w:rsidRPr="00CD3572">
        <w:rPr>
          <w:rFonts w:ascii="Segoe UI" w:hAnsi="Segoe UI" w:cs="Segoe UI"/>
        </w:rPr>
        <w:t xml:space="preserve"> complies with all applicable data protection regulations.</w:t>
      </w:r>
    </w:p>
    <w:p w14:paraId="0DD6D61D"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t xml:space="preserve">To setup assessment templates for all year groups for the academic year ahead and create all necessary marksheets. </w:t>
      </w:r>
    </w:p>
    <w:p w14:paraId="05E0C31F"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prepare all necessary data and assessment/exams files </w:t>
      </w:r>
      <w:r>
        <w:rPr>
          <w:rFonts w:ascii="Segoe UI" w:hAnsi="Segoe UI" w:cs="Segoe UI"/>
        </w:rPr>
        <w:t>and send to the analysis software (SISRA)</w:t>
      </w:r>
      <w:r w:rsidRPr="00662F55">
        <w:rPr>
          <w:rFonts w:ascii="Segoe UI" w:hAnsi="Segoe UI" w:cs="Segoe UI"/>
        </w:rPr>
        <w:t xml:space="preserve">. </w:t>
      </w:r>
    </w:p>
    <w:p w14:paraId="1AAA32AA"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w:t>
      </w:r>
      <w:r w:rsidRPr="00CD3572">
        <w:rPr>
          <w:rFonts w:ascii="Segoe UI" w:hAnsi="Segoe UI" w:cs="Segoe UI"/>
        </w:rPr>
        <w:t xml:space="preserve">deliver training and support to </w:t>
      </w:r>
      <w:r w:rsidRPr="00662F55">
        <w:rPr>
          <w:rFonts w:ascii="Segoe UI" w:hAnsi="Segoe UI" w:cs="Segoe UI"/>
        </w:rPr>
        <w:t xml:space="preserve">staff on the use of </w:t>
      </w:r>
      <w:r>
        <w:rPr>
          <w:rFonts w:ascii="Segoe UI" w:hAnsi="Segoe UI" w:cs="Segoe UI"/>
        </w:rPr>
        <w:t>Arbor and SISRA</w:t>
      </w:r>
      <w:r w:rsidRPr="00662F55">
        <w:rPr>
          <w:rFonts w:ascii="Segoe UI" w:hAnsi="Segoe UI" w:cs="Segoe UI"/>
        </w:rPr>
        <w:t>.</w:t>
      </w:r>
    </w:p>
    <w:p w14:paraId="0E66524B"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To prepare/update user guides and other training materials to meet the changing needs of individuals and the academy.</w:t>
      </w:r>
    </w:p>
    <w:p w14:paraId="066FB302"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provide technical support to the Examinations Manager and other staff on A-Level and GCSE results days. </w:t>
      </w:r>
    </w:p>
    <w:p w14:paraId="06330A34"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attend </w:t>
      </w:r>
      <w:r>
        <w:rPr>
          <w:rFonts w:ascii="Segoe UI" w:hAnsi="Segoe UI" w:cs="Segoe UI"/>
        </w:rPr>
        <w:t>Arbor/SISRA</w:t>
      </w:r>
      <w:r w:rsidRPr="00662F55">
        <w:rPr>
          <w:rFonts w:ascii="Segoe UI" w:hAnsi="Segoe UI" w:cs="Segoe UI"/>
        </w:rPr>
        <w:t xml:space="preserve"> training as appropriate</w:t>
      </w:r>
    </w:p>
    <w:p w14:paraId="6F1B2263"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Document</w:t>
      </w:r>
      <w:r w:rsidRPr="00662F55">
        <w:rPr>
          <w:rFonts w:ascii="Segoe UI" w:hAnsi="Segoe UI" w:cs="Segoe UI"/>
        </w:rPr>
        <w:t xml:space="preserve"> all existing processes that depend on </w:t>
      </w:r>
      <w:r>
        <w:rPr>
          <w:rFonts w:ascii="Segoe UI" w:hAnsi="Segoe UI" w:cs="Segoe UI"/>
        </w:rPr>
        <w:t>Arbor</w:t>
      </w:r>
      <w:r w:rsidRPr="00662F55">
        <w:rPr>
          <w:rFonts w:ascii="Segoe UI" w:hAnsi="Segoe UI" w:cs="Segoe UI"/>
        </w:rPr>
        <w:t xml:space="preserve"> throughout an academic cycle and:</w:t>
      </w:r>
    </w:p>
    <w:p w14:paraId="7F032453" w14:textId="77777777" w:rsidR="00407282" w:rsidRDefault="00407282" w:rsidP="00407282">
      <w:pPr>
        <w:pStyle w:val="ListParagraph"/>
        <w:numPr>
          <w:ilvl w:val="1"/>
          <w:numId w:val="20"/>
        </w:numPr>
        <w:spacing w:before="120" w:after="120" w:line="240" w:lineRule="auto"/>
        <w:rPr>
          <w:rFonts w:ascii="Segoe UI" w:hAnsi="Segoe UI" w:cs="Segoe UI"/>
        </w:rPr>
      </w:pPr>
      <w:r w:rsidRPr="00662F55">
        <w:rPr>
          <w:rFonts w:ascii="Segoe UI" w:hAnsi="Segoe UI" w:cs="Segoe UI"/>
        </w:rPr>
        <w:t>Identify who is involved for each process</w:t>
      </w:r>
      <w:r>
        <w:rPr>
          <w:rFonts w:ascii="Segoe UI" w:hAnsi="Segoe UI" w:cs="Segoe UI"/>
        </w:rPr>
        <w:t xml:space="preserve"> and;</w:t>
      </w:r>
    </w:p>
    <w:p w14:paraId="369587CD" w14:textId="77777777" w:rsidR="00407282" w:rsidRPr="002B7B44" w:rsidRDefault="00407282" w:rsidP="00407282">
      <w:pPr>
        <w:pStyle w:val="ListParagraph"/>
        <w:numPr>
          <w:ilvl w:val="1"/>
          <w:numId w:val="20"/>
        </w:numPr>
        <w:spacing w:before="120" w:after="120" w:line="240" w:lineRule="auto"/>
        <w:rPr>
          <w:rFonts w:ascii="Segoe UI" w:hAnsi="Segoe UI" w:cs="Segoe UI"/>
        </w:rPr>
      </w:pPr>
      <w:r>
        <w:rPr>
          <w:rFonts w:ascii="Segoe UI" w:hAnsi="Segoe UI" w:cs="Segoe UI"/>
        </w:rPr>
        <w:t>T</w:t>
      </w:r>
      <w:r w:rsidRPr="002B7B44">
        <w:rPr>
          <w:rFonts w:ascii="Segoe UI" w:hAnsi="Segoe UI" w:cs="Segoe UI"/>
        </w:rPr>
        <w:t xml:space="preserve">he key roles and responsibilities and identify a timeline for when these tasks should be carried out </w:t>
      </w:r>
    </w:p>
    <w:p w14:paraId="2187A2DC" w14:textId="77777777" w:rsidR="00407282" w:rsidRPr="0048798F" w:rsidRDefault="00407282" w:rsidP="00407282">
      <w:pPr>
        <w:pStyle w:val="ListParagraph"/>
        <w:numPr>
          <w:ilvl w:val="0"/>
          <w:numId w:val="20"/>
        </w:numPr>
        <w:spacing w:before="120" w:after="120" w:line="240" w:lineRule="auto"/>
        <w:rPr>
          <w:rFonts w:ascii="Segoe UI" w:hAnsi="Segoe UI" w:cs="Segoe UI"/>
          <w:szCs w:val="24"/>
        </w:rPr>
      </w:pPr>
      <w:r w:rsidRPr="0048798F">
        <w:rPr>
          <w:rFonts w:ascii="Segoe UI" w:hAnsi="Segoe UI" w:cs="Segoe UI"/>
        </w:rPr>
        <w:t xml:space="preserve">To design Arbor reports using pastoral data that </w:t>
      </w:r>
      <w:proofErr w:type="spellStart"/>
      <w:r w:rsidRPr="0048798F">
        <w:rPr>
          <w:rFonts w:ascii="Segoe UI" w:hAnsi="Segoe UI" w:cs="Segoe UI"/>
        </w:rPr>
        <w:t>analyse</w:t>
      </w:r>
      <w:proofErr w:type="spellEnd"/>
      <w:r w:rsidRPr="0048798F">
        <w:rPr>
          <w:rFonts w:ascii="Segoe UI" w:hAnsi="Segoe UI" w:cs="Segoe UI"/>
        </w:rPr>
        <w:t xml:space="preserve"> attendance data and trends for all staff/Children’s Services Team/Form Tutors.</w:t>
      </w:r>
    </w:p>
    <w:p w14:paraId="3FE844AF" w14:textId="77777777" w:rsidR="00407282" w:rsidRPr="00407282" w:rsidRDefault="00407282" w:rsidP="00407282">
      <w:pPr>
        <w:spacing w:before="120" w:after="120"/>
        <w:rPr>
          <w:rFonts w:ascii="Segoe UI" w:hAnsi="Segoe UI" w:cs="Segoe UI"/>
          <w:b/>
          <w:color w:val="016178"/>
          <w:sz w:val="26"/>
          <w:szCs w:val="26"/>
        </w:rPr>
      </w:pPr>
      <w:r w:rsidRPr="00407282">
        <w:rPr>
          <w:rFonts w:ascii="Segoe UI" w:hAnsi="Segoe UI" w:cs="Segoe UI"/>
          <w:b/>
          <w:color w:val="016178"/>
          <w:sz w:val="26"/>
          <w:szCs w:val="26"/>
        </w:rPr>
        <w:t>School census</w:t>
      </w:r>
    </w:p>
    <w:p w14:paraId="4C9FB821" w14:textId="77777777" w:rsidR="00407282" w:rsidRPr="00823EFB" w:rsidRDefault="00407282" w:rsidP="00407282">
      <w:pPr>
        <w:pStyle w:val="ListParagraph"/>
        <w:numPr>
          <w:ilvl w:val="0"/>
          <w:numId w:val="20"/>
        </w:numPr>
        <w:spacing w:before="120" w:after="120" w:line="240" w:lineRule="auto"/>
        <w:rPr>
          <w:rFonts w:ascii="Segoe UI" w:hAnsi="Segoe UI" w:cs="Segoe UI"/>
          <w:strike/>
        </w:rPr>
      </w:pPr>
      <w:r w:rsidRPr="00CD3572">
        <w:rPr>
          <w:rFonts w:ascii="Segoe UI" w:hAnsi="Segoe UI" w:cs="Segoe UI"/>
        </w:rPr>
        <w:t xml:space="preserve">To work closely with the Examinations Manager to complete, validate, check and return the termly school census to the DfE. This involves </w:t>
      </w:r>
      <w:proofErr w:type="spellStart"/>
      <w:r w:rsidRPr="00CD3572">
        <w:rPr>
          <w:rFonts w:ascii="Segoe UI" w:hAnsi="Segoe UI" w:cs="Segoe UI"/>
        </w:rPr>
        <w:t>co-ordinating</w:t>
      </w:r>
      <w:proofErr w:type="spellEnd"/>
      <w:r w:rsidRPr="00CD3572">
        <w:rPr>
          <w:rFonts w:ascii="Segoe UI" w:hAnsi="Segoe UI" w:cs="Segoe UI"/>
        </w:rPr>
        <w:t xml:space="preserve"> with relevant academy staff to ensure they are aware of the deadlines in the process and have completed any relevant data checking or provided any relevant data required ahead of the reports being run. </w:t>
      </w:r>
    </w:p>
    <w:p w14:paraId="26679990" w14:textId="77777777" w:rsidR="00407282" w:rsidRPr="00823EFB" w:rsidRDefault="00407282" w:rsidP="00407282">
      <w:pPr>
        <w:pStyle w:val="ListParagraph"/>
        <w:numPr>
          <w:ilvl w:val="0"/>
          <w:numId w:val="20"/>
        </w:numPr>
        <w:spacing w:before="120" w:after="120" w:line="240" w:lineRule="auto"/>
        <w:rPr>
          <w:rFonts w:ascii="Segoe UI" w:hAnsi="Segoe UI" w:cs="Segoe UI"/>
          <w:strike/>
        </w:rPr>
      </w:pPr>
      <w:r w:rsidRPr="00CD3572">
        <w:rPr>
          <w:rFonts w:ascii="Segoe UI" w:hAnsi="Segoe UI" w:cs="Segoe UI"/>
        </w:rPr>
        <w:t xml:space="preserve">To validate the data and resolve any errors. </w:t>
      </w:r>
    </w:p>
    <w:p w14:paraId="6F7AFF67" w14:textId="77777777" w:rsidR="00407282" w:rsidRPr="0048798F" w:rsidRDefault="00407282" w:rsidP="00407282">
      <w:pPr>
        <w:pStyle w:val="ListParagraph"/>
        <w:numPr>
          <w:ilvl w:val="0"/>
          <w:numId w:val="20"/>
        </w:numPr>
        <w:spacing w:before="120" w:after="120" w:line="240" w:lineRule="auto"/>
        <w:rPr>
          <w:rFonts w:ascii="Segoe UI" w:hAnsi="Segoe UI" w:cs="Segoe UI"/>
          <w:strike/>
          <w:szCs w:val="24"/>
        </w:rPr>
      </w:pPr>
      <w:r w:rsidRPr="00CD3572">
        <w:rPr>
          <w:rFonts w:ascii="Segoe UI" w:hAnsi="Segoe UI" w:cs="Segoe UI"/>
        </w:rPr>
        <w:t xml:space="preserve">To meet with academy personnel responsible for each area of the school census and ensure that both parties feel the data return is accurate. </w:t>
      </w:r>
    </w:p>
    <w:p w14:paraId="5CA5074E" w14:textId="77777777" w:rsidR="00407282" w:rsidRPr="00407282" w:rsidRDefault="00407282" w:rsidP="00407282">
      <w:pPr>
        <w:spacing w:before="120" w:after="120"/>
        <w:rPr>
          <w:rFonts w:ascii="Segoe UI" w:hAnsi="Segoe UI" w:cs="Segoe UI"/>
          <w:b/>
          <w:color w:val="016178"/>
          <w:sz w:val="26"/>
          <w:szCs w:val="26"/>
        </w:rPr>
      </w:pPr>
      <w:r w:rsidRPr="00407282">
        <w:rPr>
          <w:rFonts w:ascii="Segoe UI" w:hAnsi="Segoe UI" w:cs="Segoe UI"/>
          <w:b/>
          <w:color w:val="016178"/>
          <w:sz w:val="26"/>
          <w:szCs w:val="26"/>
        </w:rPr>
        <w:t>Timetable</w:t>
      </w:r>
    </w:p>
    <w:p w14:paraId="421622F6"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sidRPr="00CD3572">
        <w:rPr>
          <w:rFonts w:ascii="Segoe UI" w:hAnsi="Segoe UI" w:cs="Segoe UI"/>
        </w:rPr>
        <w:t>To support the Assistant Principal with the construction of the academy timetable and any amendments throughout the year.</w:t>
      </w:r>
    </w:p>
    <w:p w14:paraId="66481939" w14:textId="77777777" w:rsidR="0040728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To ensure that</w:t>
      </w:r>
      <w:r w:rsidRPr="00CD3572">
        <w:rPr>
          <w:rFonts w:ascii="Segoe UI" w:hAnsi="Segoe UI" w:cs="Segoe UI"/>
        </w:rPr>
        <w:t xml:space="preserve"> all timetable </w:t>
      </w:r>
      <w:r>
        <w:rPr>
          <w:rFonts w:ascii="Segoe UI" w:hAnsi="Segoe UI" w:cs="Segoe UI"/>
        </w:rPr>
        <w:t xml:space="preserve">staffing and </w:t>
      </w:r>
      <w:r w:rsidRPr="00CD3572">
        <w:rPr>
          <w:rFonts w:ascii="Segoe UI" w:hAnsi="Segoe UI" w:cs="Segoe UI"/>
        </w:rPr>
        <w:t xml:space="preserve">rooming is kept up to date on </w:t>
      </w:r>
      <w:r>
        <w:rPr>
          <w:rFonts w:ascii="Segoe UI" w:hAnsi="Segoe UI" w:cs="Segoe UI"/>
        </w:rPr>
        <w:t>Arbor</w:t>
      </w:r>
      <w:r w:rsidRPr="00CD3572">
        <w:rPr>
          <w:rFonts w:ascii="Segoe UI" w:hAnsi="Segoe UI" w:cs="Segoe UI"/>
        </w:rPr>
        <w:t>.</w:t>
      </w:r>
    </w:p>
    <w:p w14:paraId="76FC8216" w14:textId="77777777" w:rsidR="0040728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lastRenderedPageBreak/>
        <w:t>To set up and manage alternative curriculums for students where required.</w:t>
      </w:r>
    </w:p>
    <w:p w14:paraId="501772CA" w14:textId="77777777" w:rsidR="00407282" w:rsidRPr="00CD357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To set up and manage interventions for students where required.</w:t>
      </w:r>
    </w:p>
    <w:p w14:paraId="2E9B7F55" w14:textId="77777777" w:rsidR="00407282" w:rsidRPr="00662F55" w:rsidRDefault="00407282" w:rsidP="00407282">
      <w:pPr>
        <w:spacing w:after="120" w:line="259" w:lineRule="auto"/>
        <w:rPr>
          <w:rFonts w:ascii="Segoe UI" w:hAnsi="Segoe UI" w:cs="Segoe UI"/>
          <w:color w:val="F79646" w:themeColor="accent6"/>
          <w:szCs w:val="24"/>
        </w:rPr>
      </w:pPr>
    </w:p>
    <w:p w14:paraId="53135619" w14:textId="77777777" w:rsidR="00407282" w:rsidRDefault="00407282" w:rsidP="00407282">
      <w:pPr>
        <w:rPr>
          <w:rFonts w:ascii="Segoe UI" w:hAnsi="Segoe UI" w:cs="Segoe UI"/>
          <w:b/>
          <w:color w:val="016178"/>
          <w:sz w:val="28"/>
          <w:szCs w:val="32"/>
        </w:rPr>
      </w:pPr>
      <w:r w:rsidRPr="00407282">
        <w:rPr>
          <w:rFonts w:ascii="Segoe UI" w:hAnsi="Segoe UI" w:cs="Segoe UI"/>
          <w:b/>
          <w:color w:val="016178"/>
          <w:sz w:val="28"/>
          <w:szCs w:val="32"/>
        </w:rPr>
        <w:t>Student Attainment Reporting</w:t>
      </w:r>
    </w:p>
    <w:p w14:paraId="31D2F38F" w14:textId="77777777" w:rsid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Parent Reporting</w:t>
      </w:r>
    </w:p>
    <w:p w14:paraId="25235B20" w14:textId="7978FEC6" w:rsidR="00407282" w:rsidRPr="00407282" w:rsidRDefault="00407282" w:rsidP="00407282">
      <w:pPr>
        <w:pStyle w:val="ListParagraph"/>
        <w:numPr>
          <w:ilvl w:val="0"/>
          <w:numId w:val="25"/>
        </w:numPr>
        <w:rPr>
          <w:rFonts w:ascii="Segoe UI" w:hAnsi="Segoe UI" w:cs="Segoe UI"/>
        </w:rPr>
      </w:pPr>
      <w:r w:rsidRPr="00407282">
        <w:rPr>
          <w:rFonts w:ascii="Segoe UI" w:hAnsi="Segoe UI" w:cs="Segoe UI"/>
        </w:rPr>
        <w:t>To continue to develop the student progress reports issued to parents to establish the most user friendly and understandable format to ensure full parental engagement.</w:t>
      </w:r>
    </w:p>
    <w:p w14:paraId="357B9BF9" w14:textId="0C7A10FA" w:rsidR="00407282" w:rsidRDefault="00407282" w:rsidP="00407282">
      <w:pPr>
        <w:numPr>
          <w:ilvl w:val="0"/>
          <w:numId w:val="20"/>
        </w:numPr>
        <w:spacing w:after="0" w:line="240" w:lineRule="auto"/>
        <w:rPr>
          <w:rFonts w:ascii="Segoe UI" w:hAnsi="Segoe UI" w:cs="Segoe UI"/>
          <w:szCs w:val="24"/>
          <w:lang w:eastAsia="en-GB"/>
        </w:rPr>
      </w:pPr>
      <w:r w:rsidRPr="00CD3572">
        <w:rPr>
          <w:rFonts w:ascii="Segoe UI" w:hAnsi="Segoe UI" w:cs="Segoe UI"/>
          <w:szCs w:val="24"/>
          <w:lang w:eastAsia="en-GB"/>
        </w:rPr>
        <w:t xml:space="preserve">With SLT, quality assure the data and written targets entered by staff for reports to parents and liaise with staff to ensure any issues are rectified. </w:t>
      </w:r>
    </w:p>
    <w:p w14:paraId="41E9FA25" w14:textId="77777777" w:rsidR="00407282" w:rsidRPr="00407282" w:rsidRDefault="00407282" w:rsidP="00407282">
      <w:pPr>
        <w:spacing w:after="0" w:line="240" w:lineRule="auto"/>
        <w:ind w:left="720"/>
        <w:rPr>
          <w:rFonts w:ascii="Segoe UI" w:hAnsi="Segoe UI" w:cs="Segoe UI"/>
          <w:szCs w:val="24"/>
          <w:lang w:eastAsia="en-GB"/>
        </w:rPr>
      </w:pPr>
    </w:p>
    <w:p w14:paraId="54005F29" w14:textId="4AB614ED" w:rsidR="00407282" w:rsidRPr="00407282" w:rsidRDefault="00407282" w:rsidP="00407282">
      <w:pPr>
        <w:rPr>
          <w:rFonts w:ascii="Segoe UI" w:hAnsi="Segoe UI" w:cs="Segoe UI"/>
          <w:b/>
          <w:color w:val="016178"/>
          <w:sz w:val="26"/>
          <w:szCs w:val="26"/>
          <w:lang w:eastAsia="en-GB"/>
        </w:rPr>
      </w:pPr>
      <w:r w:rsidRPr="00407282">
        <w:rPr>
          <w:rFonts w:ascii="Segoe UI" w:hAnsi="Segoe UI" w:cs="Segoe UI"/>
          <w:b/>
          <w:color w:val="016178"/>
          <w:sz w:val="26"/>
          <w:szCs w:val="26"/>
          <w:lang w:eastAsia="en-GB"/>
        </w:rPr>
        <w:t>Academy Attainment Monitoring</w:t>
      </w:r>
    </w:p>
    <w:p w14:paraId="2D4F7825" w14:textId="77777777" w:rsidR="00407282" w:rsidRPr="00662F55" w:rsidRDefault="00407282" w:rsidP="00407282">
      <w:pPr>
        <w:numPr>
          <w:ilvl w:val="0"/>
          <w:numId w:val="21"/>
        </w:numPr>
        <w:spacing w:after="0" w:line="240" w:lineRule="auto"/>
        <w:rPr>
          <w:rFonts w:ascii="Segoe UI" w:hAnsi="Segoe UI" w:cs="Segoe UI"/>
          <w:szCs w:val="24"/>
          <w:lang w:eastAsia="en-GB"/>
        </w:rPr>
      </w:pPr>
      <w:r w:rsidRPr="00662F55">
        <w:rPr>
          <w:rFonts w:ascii="Segoe UI" w:hAnsi="Segoe UI" w:cs="Segoe UI"/>
          <w:szCs w:val="24"/>
          <w:lang w:eastAsia="en-GB"/>
        </w:rPr>
        <w:t xml:space="preserve">Ensure assessment data is entered into </w:t>
      </w:r>
      <w:r>
        <w:rPr>
          <w:rFonts w:ascii="Segoe UI" w:hAnsi="Segoe UI" w:cs="Segoe UI"/>
          <w:szCs w:val="24"/>
          <w:lang w:eastAsia="en-GB"/>
        </w:rPr>
        <w:t>Arbor</w:t>
      </w:r>
      <w:r w:rsidRPr="00662F55">
        <w:rPr>
          <w:rFonts w:ascii="Segoe UI" w:hAnsi="Segoe UI" w:cs="Segoe UI"/>
          <w:szCs w:val="24"/>
          <w:lang w:eastAsia="en-GB"/>
        </w:rPr>
        <w:t xml:space="preserve"> according to the Assessment calendar and prepare reports for a range of </w:t>
      </w:r>
      <w:r>
        <w:rPr>
          <w:rFonts w:ascii="Segoe UI" w:hAnsi="Segoe UI" w:cs="Segoe UI"/>
          <w:szCs w:val="24"/>
          <w:lang w:eastAsia="en-GB"/>
        </w:rPr>
        <w:t>academy staff</w:t>
      </w:r>
      <w:r w:rsidRPr="00662F55">
        <w:rPr>
          <w:rFonts w:ascii="Segoe UI" w:hAnsi="Segoe UI" w:cs="Segoe UI"/>
          <w:szCs w:val="24"/>
          <w:lang w:eastAsia="en-GB"/>
        </w:rPr>
        <w:t xml:space="preserve">. </w:t>
      </w:r>
    </w:p>
    <w:p w14:paraId="5CC0EB85" w14:textId="77777777" w:rsidR="00407282" w:rsidRPr="00662F55" w:rsidRDefault="00407282" w:rsidP="00407282">
      <w:pPr>
        <w:numPr>
          <w:ilvl w:val="0"/>
          <w:numId w:val="21"/>
        </w:numPr>
        <w:spacing w:after="0" w:line="240" w:lineRule="auto"/>
        <w:rPr>
          <w:rFonts w:ascii="Segoe UI" w:hAnsi="Segoe UI" w:cs="Segoe UI"/>
          <w:szCs w:val="24"/>
          <w:lang w:eastAsia="en-GB"/>
        </w:rPr>
      </w:pPr>
      <w:r w:rsidRPr="00662F55">
        <w:rPr>
          <w:rFonts w:ascii="Segoe UI" w:hAnsi="Segoe UI" w:cs="Segoe UI"/>
          <w:szCs w:val="24"/>
          <w:lang w:eastAsia="en-GB"/>
        </w:rPr>
        <w:t xml:space="preserve">Under the direction of </w:t>
      </w:r>
      <w:r>
        <w:rPr>
          <w:rFonts w:ascii="Segoe UI" w:hAnsi="Segoe UI" w:cs="Segoe UI"/>
          <w:szCs w:val="24"/>
          <w:lang w:eastAsia="en-GB"/>
        </w:rPr>
        <w:t>a variety of leaders for example:</w:t>
      </w:r>
      <w:r w:rsidRPr="00662F55">
        <w:rPr>
          <w:rFonts w:ascii="Segoe UI" w:hAnsi="Segoe UI" w:cs="Segoe UI"/>
          <w:szCs w:val="24"/>
          <w:lang w:eastAsia="en-GB"/>
        </w:rPr>
        <w:t xml:space="preserve"> SEN</w:t>
      </w:r>
      <w:r>
        <w:rPr>
          <w:rFonts w:ascii="Segoe UI" w:hAnsi="Segoe UI" w:cs="Segoe UI"/>
          <w:szCs w:val="24"/>
          <w:lang w:eastAsia="en-GB"/>
        </w:rPr>
        <w:t>D</w:t>
      </w:r>
      <w:r w:rsidRPr="00662F55">
        <w:rPr>
          <w:rFonts w:ascii="Segoe UI" w:hAnsi="Segoe UI" w:cs="Segoe UI"/>
          <w:szCs w:val="24"/>
          <w:lang w:eastAsia="en-GB"/>
        </w:rPr>
        <w:t>CO/Children’s Services’ teams/</w:t>
      </w:r>
      <w:r>
        <w:rPr>
          <w:rFonts w:ascii="Segoe UI" w:hAnsi="Segoe UI" w:cs="Segoe UI"/>
          <w:szCs w:val="24"/>
          <w:lang w:eastAsia="en-GB"/>
        </w:rPr>
        <w:t>Pupil Premium</w:t>
      </w:r>
      <w:r w:rsidRPr="00662F55">
        <w:rPr>
          <w:rFonts w:ascii="Segoe UI" w:hAnsi="Segoe UI" w:cs="Segoe UI"/>
          <w:szCs w:val="24"/>
          <w:lang w:eastAsia="en-GB"/>
        </w:rPr>
        <w:t xml:space="preserve"> Co-</w:t>
      </w:r>
      <w:proofErr w:type="spellStart"/>
      <w:r w:rsidRPr="00662F55">
        <w:rPr>
          <w:rFonts w:ascii="Segoe UI" w:hAnsi="Segoe UI" w:cs="Segoe UI"/>
          <w:szCs w:val="24"/>
          <w:lang w:eastAsia="en-GB"/>
        </w:rPr>
        <w:t>ordinator</w:t>
      </w:r>
      <w:proofErr w:type="spellEnd"/>
      <w:r w:rsidRPr="00662F55">
        <w:rPr>
          <w:rFonts w:ascii="Segoe UI" w:hAnsi="Segoe UI" w:cs="Segoe UI"/>
          <w:szCs w:val="24"/>
          <w:lang w:eastAsia="en-GB"/>
        </w:rPr>
        <w:t xml:space="preserve"> prepare a range of data reports to enable the effective monitoring of achievement of pupils </w:t>
      </w:r>
      <w:r>
        <w:rPr>
          <w:rFonts w:ascii="Segoe UI" w:hAnsi="Segoe UI" w:cs="Segoe UI"/>
          <w:szCs w:val="24"/>
          <w:lang w:eastAsia="en-GB"/>
        </w:rPr>
        <w:t>with</w:t>
      </w:r>
      <w:r w:rsidRPr="00662F55">
        <w:rPr>
          <w:rFonts w:ascii="Segoe UI" w:hAnsi="Segoe UI" w:cs="Segoe UI"/>
          <w:szCs w:val="24"/>
          <w:lang w:eastAsia="en-GB"/>
        </w:rPr>
        <w:t xml:space="preserve"> </w:t>
      </w:r>
      <w:r>
        <w:rPr>
          <w:rFonts w:ascii="Segoe UI" w:hAnsi="Segoe UI" w:cs="Segoe UI"/>
          <w:szCs w:val="24"/>
          <w:lang w:eastAsia="en-GB"/>
        </w:rPr>
        <w:t>SEND</w:t>
      </w:r>
      <w:r w:rsidRPr="00662F55">
        <w:rPr>
          <w:rFonts w:ascii="Segoe UI" w:hAnsi="Segoe UI" w:cs="Segoe UI"/>
          <w:szCs w:val="24"/>
          <w:lang w:eastAsia="en-GB"/>
        </w:rPr>
        <w:t xml:space="preserve"> registers, those </w:t>
      </w:r>
      <w:r>
        <w:rPr>
          <w:rFonts w:ascii="Segoe UI" w:hAnsi="Segoe UI" w:cs="Segoe UI"/>
          <w:szCs w:val="24"/>
          <w:lang w:eastAsia="en-GB"/>
        </w:rPr>
        <w:t>eligible for</w:t>
      </w:r>
      <w:r w:rsidRPr="00662F55">
        <w:rPr>
          <w:rFonts w:ascii="Segoe UI" w:hAnsi="Segoe UI" w:cs="Segoe UI"/>
          <w:szCs w:val="24"/>
          <w:lang w:eastAsia="en-GB"/>
        </w:rPr>
        <w:t xml:space="preserve"> FSM and other vulnerable groups. </w:t>
      </w:r>
    </w:p>
    <w:p w14:paraId="7018437A" w14:textId="77777777" w:rsidR="00407282" w:rsidRPr="00CD3572" w:rsidRDefault="00407282" w:rsidP="00407282">
      <w:pPr>
        <w:numPr>
          <w:ilvl w:val="0"/>
          <w:numId w:val="21"/>
        </w:numPr>
        <w:spacing w:after="0" w:line="240" w:lineRule="auto"/>
        <w:rPr>
          <w:rFonts w:ascii="Segoe UI" w:hAnsi="Segoe UI" w:cs="Segoe UI"/>
          <w:szCs w:val="24"/>
          <w:lang w:eastAsia="en-GB"/>
        </w:rPr>
      </w:pPr>
      <w:r w:rsidRPr="00CD3572">
        <w:rPr>
          <w:rFonts w:ascii="Segoe UI" w:hAnsi="Segoe UI" w:cs="Segoe UI"/>
          <w:szCs w:val="24"/>
          <w:lang w:eastAsia="en-GB"/>
        </w:rPr>
        <w:t xml:space="preserve">Produce reports that identify groups needing interventions and explore links between attendance, </w:t>
      </w:r>
      <w:proofErr w:type="spellStart"/>
      <w:r w:rsidRPr="00CD3572">
        <w:rPr>
          <w:rFonts w:ascii="Segoe UI" w:hAnsi="Segoe UI" w:cs="Segoe UI"/>
          <w:szCs w:val="24"/>
          <w:lang w:eastAsia="en-GB"/>
        </w:rPr>
        <w:t>behaviour</w:t>
      </w:r>
      <w:proofErr w:type="spellEnd"/>
      <w:r w:rsidRPr="00CD3572">
        <w:rPr>
          <w:rFonts w:ascii="Segoe UI" w:hAnsi="Segoe UI" w:cs="Segoe UI"/>
          <w:szCs w:val="24"/>
          <w:lang w:eastAsia="en-GB"/>
        </w:rPr>
        <w:t xml:space="preserve"> and achievement.</w:t>
      </w:r>
    </w:p>
    <w:p w14:paraId="6DE18A51" w14:textId="77777777" w:rsidR="00407282" w:rsidRPr="00CD3572" w:rsidRDefault="00407282" w:rsidP="00407282">
      <w:pPr>
        <w:pStyle w:val="ListParagraph"/>
        <w:numPr>
          <w:ilvl w:val="0"/>
          <w:numId w:val="21"/>
        </w:numPr>
        <w:spacing w:after="0" w:line="240" w:lineRule="auto"/>
        <w:rPr>
          <w:rFonts w:ascii="Segoe UI" w:hAnsi="Segoe UI" w:cs="Segoe UI"/>
        </w:rPr>
      </w:pPr>
      <w:r w:rsidRPr="00CD3572">
        <w:rPr>
          <w:rFonts w:ascii="Segoe UI" w:hAnsi="Segoe UI" w:cs="Segoe UI"/>
        </w:rPr>
        <w:t>To produce class lists for teaching staff in a timely manner.</w:t>
      </w:r>
    </w:p>
    <w:p w14:paraId="00842DF4" w14:textId="77777777" w:rsidR="00407282" w:rsidRPr="00CD3572" w:rsidRDefault="00407282" w:rsidP="00407282">
      <w:pPr>
        <w:numPr>
          <w:ilvl w:val="0"/>
          <w:numId w:val="21"/>
        </w:numPr>
        <w:spacing w:after="0" w:line="240" w:lineRule="auto"/>
        <w:rPr>
          <w:rFonts w:ascii="Segoe UI" w:hAnsi="Segoe UI" w:cs="Segoe UI"/>
          <w:strike/>
          <w:szCs w:val="24"/>
          <w:lang w:eastAsia="en-GB"/>
        </w:rPr>
      </w:pPr>
      <w:r w:rsidRPr="00CD3572">
        <w:rPr>
          <w:rFonts w:ascii="Segoe UI" w:hAnsi="Segoe UI" w:cs="Segoe UI"/>
          <w:szCs w:val="24"/>
          <w:lang w:eastAsia="en-GB"/>
        </w:rPr>
        <w:t>Keep up-to-date with changes to performance measures through information provided by the D</w:t>
      </w:r>
      <w:r>
        <w:rPr>
          <w:rFonts w:ascii="Segoe UI" w:hAnsi="Segoe UI" w:cs="Segoe UI"/>
          <w:szCs w:val="24"/>
          <w:lang w:eastAsia="en-GB"/>
        </w:rPr>
        <w:t>f</w:t>
      </w:r>
      <w:r w:rsidRPr="00CD3572">
        <w:rPr>
          <w:rFonts w:ascii="Segoe UI" w:hAnsi="Segoe UI" w:cs="Segoe UI"/>
          <w:szCs w:val="24"/>
          <w:lang w:eastAsia="en-GB"/>
        </w:rPr>
        <w:t xml:space="preserve">E. </w:t>
      </w:r>
    </w:p>
    <w:p w14:paraId="69E3AC1A" w14:textId="77777777" w:rsidR="00407282" w:rsidRPr="00CD3572" w:rsidRDefault="00407282" w:rsidP="00407282">
      <w:pPr>
        <w:numPr>
          <w:ilvl w:val="0"/>
          <w:numId w:val="21"/>
        </w:numPr>
        <w:spacing w:after="0" w:line="240" w:lineRule="auto"/>
        <w:rPr>
          <w:rFonts w:ascii="Segoe UI" w:hAnsi="Segoe UI" w:cs="Segoe UI"/>
          <w:szCs w:val="24"/>
          <w:lang w:eastAsia="en-GB"/>
        </w:rPr>
      </w:pPr>
      <w:r w:rsidRPr="00CD3572">
        <w:rPr>
          <w:rFonts w:ascii="Segoe UI" w:hAnsi="Segoe UI" w:cs="Segoe UI"/>
          <w:szCs w:val="24"/>
          <w:lang w:eastAsia="en-GB"/>
        </w:rPr>
        <w:t>Support departments with producing student trackers.</w:t>
      </w:r>
    </w:p>
    <w:p w14:paraId="376F31F4" w14:textId="323FCFCC" w:rsidR="00407282" w:rsidRDefault="00407282" w:rsidP="00407282">
      <w:pPr>
        <w:numPr>
          <w:ilvl w:val="0"/>
          <w:numId w:val="21"/>
        </w:numPr>
        <w:spacing w:after="0" w:line="240" w:lineRule="auto"/>
        <w:rPr>
          <w:rFonts w:ascii="Segoe UI" w:hAnsi="Segoe UI" w:cs="Segoe UI"/>
          <w:szCs w:val="24"/>
          <w:lang w:eastAsia="en-GB"/>
        </w:rPr>
      </w:pPr>
      <w:r>
        <w:rPr>
          <w:rFonts w:ascii="Segoe UI" w:hAnsi="Segoe UI" w:cs="Segoe UI"/>
          <w:szCs w:val="24"/>
          <w:lang w:eastAsia="en-GB"/>
        </w:rPr>
        <w:t>Develop and maintain as appropriate</w:t>
      </w:r>
      <w:r w:rsidRPr="00CD3572">
        <w:rPr>
          <w:rFonts w:ascii="Segoe UI" w:hAnsi="Segoe UI" w:cs="Segoe UI"/>
          <w:szCs w:val="24"/>
          <w:lang w:eastAsia="en-GB"/>
        </w:rPr>
        <w:t xml:space="preserve"> trackers for focus student sub-groups such as Higher Prior Attainers, Disadvantaged and SEND and provided data summaries for the leaders of these groups.</w:t>
      </w:r>
    </w:p>
    <w:p w14:paraId="551382A0" w14:textId="77777777" w:rsidR="00407282" w:rsidRPr="00407282" w:rsidRDefault="00407282" w:rsidP="00407282">
      <w:pPr>
        <w:spacing w:after="0" w:line="240" w:lineRule="auto"/>
        <w:ind w:left="720"/>
        <w:rPr>
          <w:rFonts w:ascii="Segoe UI" w:hAnsi="Segoe UI" w:cs="Segoe UI"/>
          <w:szCs w:val="24"/>
          <w:lang w:eastAsia="en-GB"/>
        </w:rPr>
      </w:pPr>
    </w:p>
    <w:p w14:paraId="7D5D85F5" w14:textId="464D932D"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Guided Choices</w:t>
      </w:r>
    </w:p>
    <w:p w14:paraId="07E9006B" w14:textId="77777777" w:rsidR="00407282" w:rsidRPr="00CD3572" w:rsidRDefault="00407282" w:rsidP="00407282">
      <w:pPr>
        <w:pStyle w:val="ListParagraph"/>
        <w:numPr>
          <w:ilvl w:val="0"/>
          <w:numId w:val="22"/>
        </w:numPr>
        <w:spacing w:after="0" w:line="240" w:lineRule="auto"/>
        <w:rPr>
          <w:rFonts w:ascii="Segoe UI" w:hAnsi="Segoe UI" w:cs="Segoe UI"/>
        </w:rPr>
      </w:pPr>
      <w:r w:rsidRPr="00CD3572">
        <w:rPr>
          <w:rFonts w:ascii="Segoe UI" w:hAnsi="Segoe UI" w:cs="Segoe UI"/>
        </w:rPr>
        <w:t xml:space="preserve">To support the Assistant </w:t>
      </w:r>
      <w:r>
        <w:rPr>
          <w:rFonts w:ascii="Segoe UI" w:hAnsi="Segoe UI" w:cs="Segoe UI"/>
        </w:rPr>
        <w:t xml:space="preserve">Principal </w:t>
      </w:r>
      <w:r w:rsidRPr="00CD3572">
        <w:rPr>
          <w:rFonts w:ascii="Segoe UI" w:hAnsi="Segoe UI" w:cs="Segoe UI"/>
        </w:rPr>
        <w:t xml:space="preserve">with </w:t>
      </w:r>
      <w:proofErr w:type="spellStart"/>
      <w:r w:rsidRPr="00CD3572">
        <w:rPr>
          <w:rFonts w:ascii="Segoe UI" w:hAnsi="Segoe UI" w:cs="Segoe UI"/>
        </w:rPr>
        <w:t>co-ordinating</w:t>
      </w:r>
      <w:proofErr w:type="spellEnd"/>
      <w:r w:rsidRPr="00CD3572">
        <w:rPr>
          <w:rFonts w:ascii="Segoe UI" w:hAnsi="Segoe UI" w:cs="Segoe UI"/>
        </w:rPr>
        <w:t xml:space="preserve"> the </w:t>
      </w:r>
      <w:r>
        <w:rPr>
          <w:rFonts w:ascii="Segoe UI" w:hAnsi="Segoe UI" w:cs="Segoe UI"/>
        </w:rPr>
        <w:t>KS4</w:t>
      </w:r>
      <w:r w:rsidRPr="00CD3572">
        <w:rPr>
          <w:rFonts w:ascii="Segoe UI" w:hAnsi="Segoe UI" w:cs="Segoe UI"/>
        </w:rPr>
        <w:t xml:space="preserve"> Guided Choices Process, including</w:t>
      </w:r>
    </w:p>
    <w:p w14:paraId="10C1B874" w14:textId="77777777" w:rsidR="00407282" w:rsidRPr="00CD3572" w:rsidRDefault="00407282" w:rsidP="00407282">
      <w:pPr>
        <w:pStyle w:val="ListParagraph"/>
        <w:numPr>
          <w:ilvl w:val="0"/>
          <w:numId w:val="24"/>
        </w:numPr>
        <w:spacing w:after="0" w:line="240" w:lineRule="auto"/>
        <w:rPr>
          <w:rFonts w:ascii="Segoe UI" w:hAnsi="Segoe UI" w:cs="Segoe UI"/>
        </w:rPr>
      </w:pPr>
      <w:r w:rsidRPr="00CD3572">
        <w:rPr>
          <w:rFonts w:ascii="Segoe UI" w:hAnsi="Segoe UI" w:cs="Segoe UI"/>
        </w:rPr>
        <w:t>Support with designing the curriculum model to ensure the vast majority of students are able to study the courses they choose and the curriculum model is fit-for-purpose regarding performance measures</w:t>
      </w:r>
      <w:r>
        <w:rPr>
          <w:rFonts w:ascii="Segoe UI" w:hAnsi="Segoe UI" w:cs="Segoe UI"/>
        </w:rPr>
        <w:t xml:space="preserve"> (use of Options Package)</w:t>
      </w:r>
      <w:r w:rsidRPr="00CD3572">
        <w:rPr>
          <w:rFonts w:ascii="Segoe UI" w:hAnsi="Segoe UI" w:cs="Segoe UI"/>
        </w:rPr>
        <w:t>.</w:t>
      </w:r>
    </w:p>
    <w:p w14:paraId="72CDFABA" w14:textId="77777777" w:rsidR="00407282" w:rsidRPr="00CD3572" w:rsidRDefault="00407282" w:rsidP="00407282">
      <w:pPr>
        <w:pStyle w:val="ListParagraph"/>
        <w:numPr>
          <w:ilvl w:val="0"/>
          <w:numId w:val="24"/>
        </w:numPr>
        <w:spacing w:after="0" w:line="240" w:lineRule="auto"/>
        <w:rPr>
          <w:rFonts w:ascii="Segoe UI" w:hAnsi="Segoe UI" w:cs="Segoe UI"/>
        </w:rPr>
      </w:pPr>
      <w:r>
        <w:rPr>
          <w:rFonts w:ascii="Segoe UI" w:hAnsi="Segoe UI" w:cs="Segoe UI"/>
        </w:rPr>
        <w:t>M</w:t>
      </w:r>
      <w:r w:rsidRPr="00CD3572">
        <w:rPr>
          <w:rFonts w:ascii="Segoe UI" w:hAnsi="Segoe UI" w:cs="Segoe UI"/>
        </w:rPr>
        <w:t>aintain the Guided Choices spreadsheet</w:t>
      </w:r>
      <w:r>
        <w:rPr>
          <w:rFonts w:ascii="Segoe UI" w:hAnsi="Segoe UI" w:cs="Segoe UI"/>
        </w:rPr>
        <w:t xml:space="preserve"> prior to input into Arbor</w:t>
      </w:r>
      <w:r w:rsidRPr="00CD3572">
        <w:rPr>
          <w:rFonts w:ascii="Segoe UI" w:hAnsi="Segoe UI" w:cs="Segoe UI"/>
        </w:rPr>
        <w:t>.</w:t>
      </w:r>
    </w:p>
    <w:p w14:paraId="6318A170" w14:textId="77777777" w:rsidR="00407282" w:rsidRPr="00CD3572" w:rsidRDefault="00407282" w:rsidP="00407282">
      <w:pPr>
        <w:rPr>
          <w:rFonts w:ascii="Segoe UI" w:hAnsi="Segoe UI" w:cs="Segoe UI"/>
          <w:b/>
          <w:szCs w:val="24"/>
        </w:rPr>
      </w:pPr>
    </w:p>
    <w:p w14:paraId="7F3765D9" w14:textId="77777777" w:rsidR="00407282" w:rsidRDefault="00407282" w:rsidP="00407282">
      <w:pPr>
        <w:rPr>
          <w:rFonts w:ascii="Segoe UI" w:hAnsi="Segoe UI" w:cs="Segoe UI"/>
          <w:b/>
          <w:color w:val="016178"/>
          <w:sz w:val="26"/>
          <w:szCs w:val="26"/>
        </w:rPr>
      </w:pPr>
    </w:p>
    <w:p w14:paraId="783E030A" w14:textId="0B4B2D59"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lastRenderedPageBreak/>
        <w:t xml:space="preserve">Raising Attainment </w:t>
      </w:r>
    </w:p>
    <w:p w14:paraId="7E078227" w14:textId="77777777" w:rsidR="00407282" w:rsidRPr="00CD3572" w:rsidRDefault="00407282" w:rsidP="00407282">
      <w:pPr>
        <w:pStyle w:val="ListParagraph"/>
        <w:numPr>
          <w:ilvl w:val="0"/>
          <w:numId w:val="22"/>
        </w:numPr>
        <w:spacing w:after="0" w:line="240" w:lineRule="auto"/>
        <w:rPr>
          <w:rFonts w:ascii="Segoe UI" w:hAnsi="Segoe UI" w:cs="Segoe UI"/>
        </w:rPr>
      </w:pPr>
      <w:r w:rsidRPr="00CD3572">
        <w:rPr>
          <w:rFonts w:ascii="Segoe UI" w:hAnsi="Segoe UI" w:cs="Segoe UI"/>
        </w:rPr>
        <w:t>Compiling relevant data ahead of RAP meetings including interrogation and analysis of the data.</w:t>
      </w:r>
    </w:p>
    <w:p w14:paraId="01190530" w14:textId="77777777" w:rsidR="00407282" w:rsidRPr="00CD3572" w:rsidRDefault="00407282" w:rsidP="00407282">
      <w:pPr>
        <w:pStyle w:val="ListParagraph"/>
        <w:numPr>
          <w:ilvl w:val="0"/>
          <w:numId w:val="22"/>
        </w:numPr>
        <w:spacing w:after="0" w:line="240" w:lineRule="auto"/>
        <w:rPr>
          <w:rFonts w:ascii="Segoe UI" w:hAnsi="Segoe UI" w:cs="Segoe UI"/>
        </w:rPr>
      </w:pPr>
      <w:r w:rsidRPr="00CD3572">
        <w:rPr>
          <w:rFonts w:ascii="Segoe UI" w:hAnsi="Segoe UI" w:cs="Segoe UI"/>
        </w:rPr>
        <w:t>Meeting with the Assistant Principal to agree the strategy to be adopted at the meetings.</w:t>
      </w:r>
    </w:p>
    <w:p w14:paraId="37E8AF05" w14:textId="77777777" w:rsidR="00407282" w:rsidRPr="00CD3572" w:rsidRDefault="00407282" w:rsidP="00407282">
      <w:pPr>
        <w:pStyle w:val="ListParagraph"/>
        <w:numPr>
          <w:ilvl w:val="0"/>
          <w:numId w:val="22"/>
        </w:numPr>
        <w:spacing w:after="0" w:line="240" w:lineRule="auto"/>
        <w:rPr>
          <w:rFonts w:ascii="Segoe UI" w:hAnsi="Segoe UI" w:cs="Segoe UI"/>
        </w:rPr>
      </w:pPr>
      <w:r w:rsidRPr="00CD3572">
        <w:rPr>
          <w:rFonts w:ascii="Segoe UI" w:hAnsi="Segoe UI" w:cs="Segoe UI"/>
        </w:rPr>
        <w:t>Attending RAP meetings and minuting discussions and agreed actions.</w:t>
      </w:r>
    </w:p>
    <w:p w14:paraId="748F2F93" w14:textId="77777777" w:rsidR="00407282" w:rsidRPr="00CD3572" w:rsidRDefault="00407282" w:rsidP="00407282">
      <w:pPr>
        <w:pStyle w:val="ListParagraph"/>
        <w:numPr>
          <w:ilvl w:val="0"/>
          <w:numId w:val="22"/>
        </w:numPr>
        <w:spacing w:after="0" w:line="240" w:lineRule="auto"/>
        <w:rPr>
          <w:rFonts w:ascii="Segoe UI" w:hAnsi="Segoe UI" w:cs="Segoe UI"/>
        </w:rPr>
      </w:pPr>
      <w:r w:rsidRPr="00CD3572">
        <w:rPr>
          <w:rFonts w:ascii="Segoe UI" w:hAnsi="Segoe UI" w:cs="Segoe UI"/>
        </w:rPr>
        <w:t xml:space="preserve">Contributing to the discussions at the meetings providing challenge and context around the data. </w:t>
      </w:r>
    </w:p>
    <w:p w14:paraId="760092E0" w14:textId="71F3DF67" w:rsidR="00407282" w:rsidRDefault="00407282" w:rsidP="00407282">
      <w:pPr>
        <w:numPr>
          <w:ilvl w:val="0"/>
          <w:numId w:val="22"/>
        </w:numPr>
        <w:spacing w:after="0" w:line="240" w:lineRule="auto"/>
        <w:rPr>
          <w:rFonts w:ascii="Segoe UI" w:hAnsi="Segoe UI" w:cs="Segoe UI"/>
          <w:szCs w:val="24"/>
          <w:lang w:eastAsia="en-GB"/>
        </w:rPr>
      </w:pPr>
      <w:r w:rsidRPr="00CD3572">
        <w:rPr>
          <w:rFonts w:ascii="Segoe UI" w:hAnsi="Segoe UI" w:cs="Segoe UI"/>
          <w:szCs w:val="24"/>
          <w:lang w:eastAsia="en-GB"/>
        </w:rPr>
        <w:t xml:space="preserve">Design, create, develop and maintain a range of documents linked to intervention such as revision timetables, intervention letters and registers. </w:t>
      </w:r>
    </w:p>
    <w:p w14:paraId="33CE73AC" w14:textId="77777777" w:rsidR="00407282" w:rsidRPr="00407282" w:rsidRDefault="00407282" w:rsidP="00407282">
      <w:pPr>
        <w:spacing w:after="0" w:line="240" w:lineRule="auto"/>
        <w:ind w:left="720"/>
        <w:rPr>
          <w:rFonts w:ascii="Segoe UI" w:hAnsi="Segoe UI" w:cs="Segoe UI"/>
          <w:szCs w:val="24"/>
          <w:lang w:eastAsia="en-GB"/>
        </w:rPr>
      </w:pPr>
    </w:p>
    <w:p w14:paraId="64D8EE33" w14:textId="5E175804"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Department/Area meetings</w:t>
      </w:r>
    </w:p>
    <w:p w14:paraId="7136F57D" w14:textId="77777777" w:rsidR="00407282" w:rsidRDefault="00407282" w:rsidP="00407282">
      <w:pPr>
        <w:pStyle w:val="ListParagraph"/>
        <w:numPr>
          <w:ilvl w:val="0"/>
          <w:numId w:val="23"/>
        </w:numPr>
        <w:spacing w:after="0" w:line="240" w:lineRule="auto"/>
        <w:rPr>
          <w:rFonts w:ascii="Segoe UI" w:hAnsi="Segoe UI" w:cs="Segoe UI"/>
        </w:rPr>
      </w:pPr>
      <w:r w:rsidRPr="00CD3572">
        <w:rPr>
          <w:rFonts w:ascii="Segoe UI" w:hAnsi="Segoe UI" w:cs="Segoe UI"/>
        </w:rPr>
        <w:t xml:space="preserve">Responsible for setting up and implementing meetings with </w:t>
      </w:r>
      <w:r>
        <w:rPr>
          <w:rFonts w:ascii="Segoe UI" w:hAnsi="Segoe UI" w:cs="Segoe UI"/>
        </w:rPr>
        <w:t>Leaders</w:t>
      </w:r>
      <w:r w:rsidRPr="00CD3572">
        <w:rPr>
          <w:rFonts w:ascii="Segoe UI" w:hAnsi="Segoe UI" w:cs="Segoe UI"/>
        </w:rPr>
        <w:t xml:space="preserve"> </w:t>
      </w:r>
      <w:r>
        <w:rPr>
          <w:rFonts w:ascii="Segoe UI" w:hAnsi="Segoe UI" w:cs="Segoe UI"/>
        </w:rPr>
        <w:t xml:space="preserve">(for example subject leads and leaders with cohort responsibilities) to </w:t>
      </w:r>
      <w:r w:rsidRPr="00CD3572">
        <w:rPr>
          <w:rFonts w:ascii="Segoe UI" w:hAnsi="Segoe UI" w:cs="Segoe UI"/>
        </w:rPr>
        <w:t xml:space="preserve">discuss data reports. The </w:t>
      </w:r>
      <w:r>
        <w:rPr>
          <w:rFonts w:ascii="Segoe UI" w:hAnsi="Segoe UI" w:cs="Segoe UI"/>
        </w:rPr>
        <w:t>Student Data Leader</w:t>
      </w:r>
      <w:r w:rsidRPr="00CD3572">
        <w:rPr>
          <w:rFonts w:ascii="Segoe UI" w:hAnsi="Segoe UI" w:cs="Segoe UI"/>
        </w:rPr>
        <w:t xml:space="preserve"> would need to understand the data and the context</w:t>
      </w:r>
      <w:r>
        <w:rPr>
          <w:rFonts w:ascii="Segoe UI" w:hAnsi="Segoe UI" w:cs="Segoe UI"/>
        </w:rPr>
        <w:t xml:space="preserve"> (</w:t>
      </w:r>
      <w:r w:rsidRPr="00CD3572">
        <w:rPr>
          <w:rFonts w:ascii="Segoe UI" w:hAnsi="Segoe UI" w:cs="Segoe UI"/>
        </w:rPr>
        <w:t xml:space="preserve">this may involve </w:t>
      </w:r>
      <w:r>
        <w:rPr>
          <w:rFonts w:ascii="Segoe UI" w:hAnsi="Segoe UI" w:cs="Segoe UI"/>
        </w:rPr>
        <w:t>looking</w:t>
      </w:r>
      <w:r w:rsidRPr="00CD3572">
        <w:rPr>
          <w:rFonts w:ascii="Segoe UI" w:hAnsi="Segoe UI" w:cs="Segoe UI"/>
        </w:rPr>
        <w:t xml:space="preserve"> at trends and sub group</w:t>
      </w:r>
      <w:r>
        <w:rPr>
          <w:rFonts w:ascii="Segoe UI" w:hAnsi="Segoe UI" w:cs="Segoe UI"/>
        </w:rPr>
        <w:t xml:space="preserve"> analysis)</w:t>
      </w:r>
      <w:r w:rsidRPr="00CD3572">
        <w:rPr>
          <w:rFonts w:ascii="Segoe UI" w:hAnsi="Segoe UI" w:cs="Segoe UI"/>
        </w:rPr>
        <w:t xml:space="preserve">. </w:t>
      </w:r>
    </w:p>
    <w:p w14:paraId="6AA6051C" w14:textId="3C412ED8" w:rsidR="00407282" w:rsidRPr="00407282" w:rsidRDefault="00407282" w:rsidP="00407282">
      <w:pPr>
        <w:pStyle w:val="ListParagraph"/>
        <w:rPr>
          <w:rFonts w:ascii="Segoe UI" w:hAnsi="Segoe UI" w:cs="Segoe UI"/>
        </w:rPr>
      </w:pPr>
      <w:r w:rsidRPr="00CD3572">
        <w:rPr>
          <w:rFonts w:ascii="Segoe UI" w:hAnsi="Segoe UI" w:cs="Segoe UI"/>
        </w:rPr>
        <w:t xml:space="preserve">The </w:t>
      </w:r>
      <w:r>
        <w:rPr>
          <w:rFonts w:ascii="Segoe UI" w:hAnsi="Segoe UI" w:cs="Segoe UI"/>
        </w:rPr>
        <w:t>Student Data Leader</w:t>
      </w:r>
      <w:r w:rsidRPr="00CD3572">
        <w:rPr>
          <w:rFonts w:ascii="Segoe UI" w:hAnsi="Segoe UI" w:cs="Segoe UI"/>
        </w:rPr>
        <w:t xml:space="preserve"> should be responsive to ad hoc meetings for additional data requests.</w:t>
      </w:r>
    </w:p>
    <w:p w14:paraId="7E1F0458" w14:textId="77777777"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 xml:space="preserve">Line Management of Data Apprentice </w:t>
      </w:r>
    </w:p>
    <w:p w14:paraId="06F6A9DF" w14:textId="77777777" w:rsidR="00407282"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 xml:space="preserve">To </w:t>
      </w:r>
      <w:r>
        <w:rPr>
          <w:rFonts w:ascii="Segoe UI" w:hAnsi="Segoe UI" w:cs="Segoe UI"/>
        </w:rPr>
        <w:t>ensure relevant continued training and support to develop the role of the Data Apprentice in the academy.</w:t>
      </w:r>
    </w:p>
    <w:p w14:paraId="3FDF73E7" w14:textId="77777777" w:rsidR="0040728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To support the Data Apprentice in achieving their qualification (December 2026).</w:t>
      </w:r>
    </w:p>
    <w:p w14:paraId="7A6E3EFB" w14:textId="77777777" w:rsidR="0040728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To monitor and quality assure the work of the Data Apprentice.</w:t>
      </w:r>
    </w:p>
    <w:p w14:paraId="3729D5F2" w14:textId="12D402BC" w:rsidR="00407282" w:rsidRPr="00407282" w:rsidRDefault="00407282" w:rsidP="00407282">
      <w:pPr>
        <w:pStyle w:val="ListParagraph"/>
        <w:numPr>
          <w:ilvl w:val="0"/>
          <w:numId w:val="20"/>
        </w:numPr>
        <w:spacing w:before="120" w:after="120" w:line="240" w:lineRule="auto"/>
        <w:rPr>
          <w:rFonts w:ascii="Segoe UI" w:hAnsi="Segoe UI" w:cs="Segoe UI"/>
        </w:rPr>
      </w:pPr>
      <w:r>
        <w:rPr>
          <w:rFonts w:ascii="Segoe UI" w:hAnsi="Segoe UI" w:cs="Segoe UI"/>
        </w:rPr>
        <w:t>To delegate appropriate tasks to the Data Apprentice to support their professional development.</w:t>
      </w:r>
    </w:p>
    <w:p w14:paraId="5B0168F3" w14:textId="77777777"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Data requests</w:t>
      </w:r>
    </w:p>
    <w:p w14:paraId="618A3139" w14:textId="04686B84" w:rsidR="00407282"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To respond to data requests from staff/SLT/external agencies.</w:t>
      </w:r>
    </w:p>
    <w:p w14:paraId="34F14D05" w14:textId="77777777" w:rsidR="00407282" w:rsidRPr="00407282" w:rsidRDefault="00407282" w:rsidP="00407282">
      <w:pPr>
        <w:pStyle w:val="ListParagraph"/>
        <w:spacing w:before="120" w:after="120" w:line="240" w:lineRule="auto"/>
        <w:rPr>
          <w:rFonts w:ascii="Segoe UI" w:hAnsi="Segoe UI" w:cs="Segoe UI"/>
        </w:rPr>
      </w:pPr>
    </w:p>
    <w:p w14:paraId="12C3FBE9" w14:textId="6A79A562" w:rsidR="00407282" w:rsidRPr="00407282" w:rsidRDefault="00407282" w:rsidP="00407282">
      <w:pPr>
        <w:rPr>
          <w:rFonts w:ascii="Segoe UI" w:hAnsi="Segoe UI" w:cs="Segoe UI"/>
          <w:szCs w:val="24"/>
          <w:lang w:eastAsia="en-GB"/>
        </w:rPr>
      </w:pPr>
      <w:r>
        <w:rPr>
          <w:rFonts w:ascii="Segoe UI" w:hAnsi="Segoe UI" w:cs="Segoe UI"/>
          <w:szCs w:val="24"/>
          <w:lang w:eastAsia="en-GB"/>
        </w:rPr>
        <w:t>The Student Data Leader</w:t>
      </w:r>
      <w:r w:rsidRPr="00CD3572">
        <w:rPr>
          <w:rFonts w:ascii="Segoe UI" w:hAnsi="Segoe UI" w:cs="Segoe UI"/>
          <w:szCs w:val="24"/>
          <w:lang w:eastAsia="en-GB"/>
        </w:rPr>
        <w:t xml:space="preserve"> will be required to work additional hours at peak times of the year based on the needs of the academy/to achieve deadlines. Overtime will not be paid, but TOIL</w:t>
      </w:r>
      <w:r>
        <w:rPr>
          <w:rFonts w:ascii="Segoe UI" w:hAnsi="Segoe UI" w:cs="Segoe UI"/>
          <w:szCs w:val="24"/>
          <w:lang w:eastAsia="en-GB"/>
        </w:rPr>
        <w:t xml:space="preserve"> can be taken</w:t>
      </w:r>
      <w:r w:rsidRPr="00CD3572">
        <w:rPr>
          <w:rFonts w:ascii="Segoe UI" w:hAnsi="Segoe UI" w:cs="Segoe UI"/>
          <w:szCs w:val="24"/>
          <w:lang w:eastAsia="en-GB"/>
        </w:rPr>
        <w:t xml:space="preserve"> at quieter times of the year </w:t>
      </w:r>
      <w:r>
        <w:rPr>
          <w:rFonts w:ascii="Segoe UI" w:hAnsi="Segoe UI" w:cs="Segoe UI"/>
          <w:szCs w:val="24"/>
          <w:lang w:eastAsia="en-GB"/>
        </w:rPr>
        <w:t xml:space="preserve">(this should be </w:t>
      </w:r>
      <w:r w:rsidRPr="00CD3572">
        <w:rPr>
          <w:rFonts w:ascii="Segoe UI" w:hAnsi="Segoe UI" w:cs="Segoe UI"/>
          <w:szCs w:val="24"/>
          <w:lang w:eastAsia="en-GB"/>
        </w:rPr>
        <w:t>agree</w:t>
      </w:r>
      <w:r>
        <w:rPr>
          <w:rFonts w:ascii="Segoe UI" w:hAnsi="Segoe UI" w:cs="Segoe UI"/>
          <w:szCs w:val="24"/>
          <w:lang w:eastAsia="en-GB"/>
        </w:rPr>
        <w:t>d</w:t>
      </w:r>
      <w:r w:rsidRPr="00CD3572">
        <w:rPr>
          <w:rFonts w:ascii="Segoe UI" w:hAnsi="Segoe UI" w:cs="Segoe UI"/>
          <w:szCs w:val="24"/>
          <w:lang w:eastAsia="en-GB"/>
        </w:rPr>
        <w:t xml:space="preserve"> </w:t>
      </w:r>
      <w:r>
        <w:rPr>
          <w:rFonts w:ascii="Segoe UI" w:hAnsi="Segoe UI" w:cs="Segoe UI"/>
          <w:szCs w:val="24"/>
          <w:lang w:eastAsia="en-GB"/>
        </w:rPr>
        <w:t xml:space="preserve">with the </w:t>
      </w:r>
      <w:r w:rsidRPr="00CD3572">
        <w:rPr>
          <w:rFonts w:ascii="Segoe UI" w:hAnsi="Segoe UI" w:cs="Segoe UI"/>
          <w:szCs w:val="24"/>
          <w:lang w:eastAsia="en-GB"/>
        </w:rPr>
        <w:t>line manager</w:t>
      </w:r>
      <w:r>
        <w:rPr>
          <w:rFonts w:ascii="Segoe UI" w:hAnsi="Segoe UI" w:cs="Segoe UI"/>
          <w:szCs w:val="24"/>
          <w:lang w:eastAsia="en-GB"/>
        </w:rPr>
        <w:t>)</w:t>
      </w:r>
      <w:r w:rsidRPr="00CD3572">
        <w:rPr>
          <w:rFonts w:ascii="Segoe UI" w:hAnsi="Segoe UI" w:cs="Segoe UI"/>
          <w:szCs w:val="24"/>
          <w:lang w:eastAsia="en-GB"/>
        </w:rPr>
        <w:t xml:space="preserve">. </w:t>
      </w:r>
    </w:p>
    <w:p w14:paraId="3DDB919E" w14:textId="4098837F" w:rsidR="00407282" w:rsidRPr="00407282" w:rsidRDefault="00407282" w:rsidP="00407282">
      <w:pPr>
        <w:rPr>
          <w:rFonts w:ascii="Segoe UI" w:hAnsi="Segoe UI" w:cs="Segoe UI"/>
          <w:b/>
          <w:color w:val="016178"/>
          <w:sz w:val="26"/>
          <w:szCs w:val="26"/>
        </w:rPr>
      </w:pPr>
      <w:r w:rsidRPr="00407282">
        <w:rPr>
          <w:rFonts w:ascii="Segoe UI" w:hAnsi="Segoe UI" w:cs="Segoe UI"/>
          <w:b/>
          <w:color w:val="016178"/>
          <w:sz w:val="26"/>
          <w:szCs w:val="26"/>
        </w:rPr>
        <w:t>Professional Development</w:t>
      </w:r>
    </w:p>
    <w:p w14:paraId="2B6E1CA3" w14:textId="77777777" w:rsidR="00407282" w:rsidRPr="00662F55" w:rsidRDefault="00407282" w:rsidP="00407282">
      <w:pPr>
        <w:pStyle w:val="ListParagraph"/>
        <w:numPr>
          <w:ilvl w:val="0"/>
          <w:numId w:val="20"/>
        </w:numPr>
        <w:spacing w:before="120" w:after="120" w:line="240" w:lineRule="auto"/>
        <w:rPr>
          <w:rFonts w:ascii="Segoe UI" w:hAnsi="Segoe UI" w:cs="Segoe UI"/>
        </w:rPr>
      </w:pPr>
      <w:r w:rsidRPr="00662F55">
        <w:rPr>
          <w:rFonts w:ascii="Segoe UI" w:hAnsi="Segoe UI" w:cs="Segoe UI"/>
        </w:rPr>
        <w:t>To undertake any necessary professional development and training.</w:t>
      </w:r>
    </w:p>
    <w:p w14:paraId="3A4D6292" w14:textId="77777777" w:rsidR="00407282" w:rsidRPr="00CD3572" w:rsidRDefault="00407282" w:rsidP="00407282">
      <w:pPr>
        <w:pStyle w:val="ListParagraph"/>
        <w:numPr>
          <w:ilvl w:val="0"/>
          <w:numId w:val="20"/>
        </w:numPr>
        <w:spacing w:after="0" w:line="240" w:lineRule="auto"/>
        <w:rPr>
          <w:rFonts w:ascii="Segoe UI" w:hAnsi="Segoe UI" w:cs="Segoe UI"/>
        </w:rPr>
      </w:pPr>
      <w:r>
        <w:rPr>
          <w:rFonts w:ascii="Segoe UI" w:hAnsi="Segoe UI" w:cs="Segoe UI"/>
        </w:rPr>
        <w:t>T</w:t>
      </w:r>
      <w:r w:rsidRPr="00CD3572">
        <w:rPr>
          <w:rFonts w:ascii="Segoe UI" w:hAnsi="Segoe UI" w:cs="Segoe UI"/>
        </w:rPr>
        <w:t xml:space="preserve">o be accountable for ensuring they are up to date with all academy strategy relating to student achievement. This will involve working closely with the Assistant Principal, attending a range of meetings where strategy is discussed or </w:t>
      </w:r>
      <w:r w:rsidRPr="00CD3572">
        <w:rPr>
          <w:rFonts w:ascii="Segoe UI" w:hAnsi="Segoe UI" w:cs="Segoe UI"/>
        </w:rPr>
        <w:lastRenderedPageBreak/>
        <w:t xml:space="preserve">implemented </w:t>
      </w:r>
      <w:proofErr w:type="gramStart"/>
      <w:r w:rsidRPr="00CD3572">
        <w:rPr>
          <w:rFonts w:ascii="Segoe UI" w:hAnsi="Segoe UI" w:cs="Segoe UI"/>
        </w:rPr>
        <w:t>e.g.</w:t>
      </w:r>
      <w:proofErr w:type="gramEnd"/>
      <w:r w:rsidRPr="00CD3572">
        <w:rPr>
          <w:rFonts w:ascii="Segoe UI" w:hAnsi="Segoe UI" w:cs="Segoe UI"/>
        </w:rPr>
        <w:t xml:space="preserve"> SLT meets, HOD’s meets and to be aware of </w:t>
      </w:r>
      <w:proofErr w:type="spellStart"/>
      <w:r w:rsidRPr="00CD3572">
        <w:rPr>
          <w:rFonts w:ascii="Segoe UI" w:hAnsi="Segoe UI" w:cs="Segoe UI"/>
        </w:rPr>
        <w:t>Ofsted</w:t>
      </w:r>
      <w:proofErr w:type="spellEnd"/>
      <w:r w:rsidRPr="00CD3572">
        <w:rPr>
          <w:rFonts w:ascii="Segoe UI" w:hAnsi="Segoe UI" w:cs="Segoe UI"/>
        </w:rPr>
        <w:t>/OAT inspections and their findings in relation to this area.</w:t>
      </w:r>
    </w:p>
    <w:p w14:paraId="1B6C4C32" w14:textId="77777777" w:rsidR="006C4779" w:rsidRPr="00407282" w:rsidRDefault="006C4779" w:rsidP="00407282">
      <w:pPr>
        <w:spacing w:after="0" w:line="240" w:lineRule="auto"/>
        <w:rPr>
          <w:rFonts w:ascii="Segoe UI" w:hAnsi="Segoe UI" w:cs="Segoe UI"/>
        </w:rPr>
      </w:pPr>
    </w:p>
    <w:p w14:paraId="4B17DF88" w14:textId="77777777" w:rsidR="00B24BF1" w:rsidRPr="00B24BF1" w:rsidRDefault="00B24BF1" w:rsidP="006C4779">
      <w:pPr>
        <w:spacing w:after="0"/>
        <w:rPr>
          <w:rFonts w:ascii="Segoe UI" w:hAnsi="Segoe UI" w:cs="Segoe UI"/>
          <w:b/>
          <w:bCs/>
          <w:color w:val="016178"/>
          <w:sz w:val="26"/>
          <w:szCs w:val="26"/>
          <w:lang w:eastAsia="en-GB"/>
        </w:rPr>
      </w:pPr>
      <w:r w:rsidRPr="00B24BF1">
        <w:rPr>
          <w:rFonts w:ascii="Segoe UI" w:hAnsi="Segoe UI" w:cs="Segoe UI"/>
          <w:b/>
          <w:bCs/>
          <w:color w:val="016178"/>
          <w:sz w:val="26"/>
          <w:szCs w:val="26"/>
          <w:lang w:eastAsia="en-GB"/>
        </w:rPr>
        <w:t>General</w:t>
      </w:r>
    </w:p>
    <w:p w14:paraId="6DE74775" w14:textId="77777777" w:rsidR="00B24BF1" w:rsidRPr="00FA101C" w:rsidRDefault="00B24BF1" w:rsidP="006C4779">
      <w:pPr>
        <w:pStyle w:val="ListParagraph"/>
        <w:numPr>
          <w:ilvl w:val="0"/>
          <w:numId w:val="12"/>
        </w:numPr>
        <w:spacing w:after="0" w:line="240" w:lineRule="auto"/>
        <w:rPr>
          <w:rFonts w:ascii="Segoe UI" w:hAnsi="Segoe UI" w:cs="Segoe UI"/>
        </w:rPr>
      </w:pPr>
      <w:r w:rsidRPr="00FA101C">
        <w:rPr>
          <w:rFonts w:ascii="Segoe UI" w:hAnsi="Segoe UI" w:cs="Segoe UI"/>
        </w:rPr>
        <w:t>Be aware of and comply with all trust and school policies and procedures particularly relating to safeguarding, child protection, equal opportunities, health and safety and security, confidentiality and data protection; reporting all concerns to an appropriate person.</w:t>
      </w:r>
    </w:p>
    <w:p w14:paraId="5CAD58A6" w14:textId="77777777" w:rsidR="00B24BF1" w:rsidRPr="00FA101C" w:rsidRDefault="00B24BF1" w:rsidP="00B24BF1">
      <w:pPr>
        <w:pStyle w:val="ListParagraph"/>
        <w:numPr>
          <w:ilvl w:val="0"/>
          <w:numId w:val="12"/>
        </w:numPr>
        <w:spacing w:after="0" w:line="240" w:lineRule="auto"/>
        <w:rPr>
          <w:rFonts w:ascii="Segoe UI" w:hAnsi="Segoe UI" w:cs="Segoe UI"/>
        </w:rPr>
      </w:pPr>
      <w:r w:rsidRPr="00FA101C">
        <w:rPr>
          <w:rFonts w:ascii="Segoe UI" w:hAnsi="Segoe UI" w:cs="Segoe UI"/>
        </w:rPr>
        <w:t>Carry out all duties with regard to the school’s policies and codes of conduct.</w:t>
      </w:r>
    </w:p>
    <w:p w14:paraId="012ECFF8" w14:textId="77777777" w:rsidR="00B24BF1" w:rsidRPr="00FA101C" w:rsidRDefault="00B24BF1" w:rsidP="00B24BF1">
      <w:pPr>
        <w:pStyle w:val="ListParagraph"/>
        <w:numPr>
          <w:ilvl w:val="0"/>
          <w:numId w:val="12"/>
        </w:numPr>
        <w:spacing w:after="0" w:line="240" w:lineRule="auto"/>
        <w:rPr>
          <w:rFonts w:ascii="Segoe UI" w:hAnsi="Segoe UI" w:cs="Segoe UI"/>
        </w:rPr>
      </w:pPr>
      <w:r w:rsidRPr="00FA101C">
        <w:rPr>
          <w:rFonts w:ascii="Segoe UI" w:hAnsi="Segoe UI" w:cs="Segoe UI"/>
        </w:rPr>
        <w:t>Set high expectations of conduct, whilst acting as a good role model for others.</w:t>
      </w:r>
    </w:p>
    <w:p w14:paraId="56322B10" w14:textId="57DAD4C5" w:rsidR="00B24BF1" w:rsidRDefault="00B24BF1" w:rsidP="006C4779">
      <w:pPr>
        <w:pStyle w:val="ListBullet"/>
        <w:numPr>
          <w:ilvl w:val="0"/>
          <w:numId w:val="0"/>
        </w:numPr>
        <w:rPr>
          <w:rFonts w:ascii="Segoe UI" w:hAnsi="Segoe UI" w:cs="Segoe UI"/>
        </w:rPr>
      </w:pPr>
    </w:p>
    <w:p w14:paraId="77CFEB62" w14:textId="77777777" w:rsidR="00B24BF1" w:rsidRPr="00FA101C" w:rsidRDefault="00B24BF1" w:rsidP="00B24BF1">
      <w:pPr>
        <w:spacing w:after="160" w:line="259" w:lineRule="auto"/>
        <w:rPr>
          <w:rFonts w:ascii="Segoe UI" w:hAnsi="Segoe UI" w:cs="Segoe UI"/>
          <w:b/>
          <w:sz w:val="20"/>
        </w:rPr>
      </w:pPr>
      <w:r w:rsidRPr="00FA101C">
        <w:rPr>
          <w:rFonts w:ascii="Segoe UI" w:hAnsi="Segoe UI" w:cs="Segoe UI"/>
          <w:sz w:val="20"/>
        </w:rPr>
        <w:t>Whilst every effort has been made to explain the main duties and responsibilities of the post, each individual task undertaken may not be identified. Staff will be expected to comply with any reasonable request from a manager to undertake work of a similar level that is not specified in the job description.</w:t>
      </w:r>
    </w:p>
    <w:p w14:paraId="7E860476" w14:textId="77777777" w:rsidR="00B24BF1" w:rsidRPr="00FA101C" w:rsidRDefault="00B24BF1" w:rsidP="00B24BF1">
      <w:pPr>
        <w:spacing w:after="160" w:line="259" w:lineRule="auto"/>
        <w:rPr>
          <w:rFonts w:ascii="Segoe UI" w:hAnsi="Segoe UI" w:cs="Segoe UI"/>
          <w:sz w:val="20"/>
        </w:rPr>
      </w:pPr>
      <w:r w:rsidRPr="00FA101C">
        <w:rPr>
          <w:rFonts w:ascii="Segoe UI" w:hAnsi="Segoe UI" w:cs="Segoe UI"/>
          <w:sz w:val="20"/>
        </w:rPr>
        <w:t>This job description will be reviewed annually and the head teacher reserves the right to alter the content of the job description, after consultation with the post-holder, to reflect changes to the job or services provided, without altering the general character or level of responsibility.</w:t>
      </w:r>
    </w:p>
    <w:p w14:paraId="5F8F6CBF" w14:textId="77777777" w:rsidR="002D0DF0" w:rsidRDefault="002D0DF0" w:rsidP="002D0DF0">
      <w:pPr>
        <w:pStyle w:val="ListBullet"/>
        <w:numPr>
          <w:ilvl w:val="0"/>
          <w:numId w:val="0"/>
        </w:numPr>
        <w:rPr>
          <w:rFonts w:ascii="Segoe UI" w:hAnsi="Segoe UI" w:cs="Segoe UI"/>
          <w:b/>
          <w:bCs/>
          <w:sz w:val="20"/>
          <w:szCs w:val="20"/>
        </w:rPr>
      </w:pPr>
    </w:p>
    <w:p w14:paraId="46788FAB" w14:textId="77777777" w:rsidR="00407282" w:rsidRDefault="00407282" w:rsidP="00407282">
      <w:pPr>
        <w:pStyle w:val="NormalWeb"/>
        <w:shd w:val="clear" w:color="auto" w:fill="FFFFFF"/>
        <w:jc w:val="both"/>
        <w:rPr>
          <w:rFonts w:ascii="Calibri Light" w:hAnsi="Calibri Light" w:cs="Calibri Light"/>
          <w:sz w:val="22"/>
          <w:szCs w:val="22"/>
        </w:rPr>
      </w:pPr>
      <w:r>
        <w:rPr>
          <w:rFonts w:ascii="Calibri Light" w:hAnsi="Calibri Light" w:cs="Calibri Light"/>
          <w:sz w:val="22"/>
          <w:szCs w:val="22"/>
        </w:rPr>
        <w:t xml:space="preserve">This position is subject to an enhanced </w:t>
      </w:r>
      <w:r>
        <w:rPr>
          <w:rFonts w:ascii="Calibri Light" w:hAnsi="Calibri Light" w:cs="Calibri Light"/>
          <w:sz w:val="22"/>
          <w:szCs w:val="22"/>
          <w:shd w:val="clear" w:color="auto" w:fill="FFFFFF"/>
        </w:rPr>
        <w:t>Disclosure and Barring Service Check</w:t>
      </w:r>
      <w:r>
        <w:rPr>
          <w:rFonts w:ascii="Calibri Light" w:hAnsi="Calibri Light" w:cs="Calibri Light"/>
          <w:sz w:val="22"/>
          <w:szCs w:val="22"/>
        </w:rPr>
        <w:t xml:space="preserve"> and suitable references for the successful applicant. </w:t>
      </w:r>
    </w:p>
    <w:p w14:paraId="1F20E77F" w14:textId="77777777" w:rsidR="002D0DF0" w:rsidRDefault="002D0DF0" w:rsidP="002D0DF0">
      <w:pPr>
        <w:pStyle w:val="ListBullet"/>
        <w:numPr>
          <w:ilvl w:val="0"/>
          <w:numId w:val="0"/>
        </w:numPr>
        <w:rPr>
          <w:rFonts w:ascii="Segoe UI" w:hAnsi="Segoe UI" w:cs="Segoe UI"/>
          <w:b/>
          <w:bCs/>
          <w:sz w:val="20"/>
          <w:szCs w:val="20"/>
        </w:rPr>
      </w:pPr>
    </w:p>
    <w:p w14:paraId="4065FFDA" w14:textId="77777777" w:rsidR="002D0DF0" w:rsidRDefault="002D0DF0" w:rsidP="002D0DF0">
      <w:pPr>
        <w:pStyle w:val="ListBullet"/>
        <w:numPr>
          <w:ilvl w:val="0"/>
          <w:numId w:val="0"/>
        </w:numPr>
        <w:rPr>
          <w:rFonts w:ascii="Segoe UI" w:hAnsi="Segoe UI" w:cs="Segoe UI"/>
          <w:b/>
          <w:bCs/>
          <w:sz w:val="20"/>
          <w:szCs w:val="20"/>
        </w:rPr>
      </w:pPr>
    </w:p>
    <w:p w14:paraId="757ABE67" w14:textId="4C5DAA95" w:rsidR="002D0DF0" w:rsidRPr="002654EA" w:rsidRDefault="002D0DF0" w:rsidP="002D0DF0">
      <w:pPr>
        <w:pStyle w:val="ListBullet"/>
        <w:numPr>
          <w:ilvl w:val="0"/>
          <w:numId w:val="0"/>
        </w:numPr>
        <w:rPr>
          <w:rFonts w:ascii="Segoe UI" w:hAnsi="Segoe UI" w:cs="Segoe UI"/>
          <w:sz w:val="20"/>
          <w:szCs w:val="20"/>
        </w:rPr>
      </w:pPr>
      <w:r w:rsidRPr="002654EA">
        <w:rPr>
          <w:rFonts w:ascii="Segoe UI" w:hAnsi="Segoe UI" w:cs="Segoe UI"/>
          <w:b/>
          <w:bCs/>
          <w:sz w:val="20"/>
          <w:szCs w:val="20"/>
        </w:rPr>
        <w:t>Fluency in English</w:t>
      </w:r>
      <w:r w:rsidRPr="002654EA">
        <w:rPr>
          <w:rFonts w:ascii="Segoe UI" w:hAnsi="Segoe UI" w:cs="Segoe UI"/>
          <w:sz w:val="20"/>
          <w:szCs w:val="20"/>
        </w:rPr>
        <w:t xml:space="preserve"> </w:t>
      </w:r>
      <w:proofErr w:type="gramStart"/>
      <w:r w:rsidRPr="002654EA">
        <w:rPr>
          <w:rFonts w:ascii="Segoe UI" w:hAnsi="Segoe UI" w:cs="Segoe UI"/>
          <w:sz w:val="20"/>
          <w:szCs w:val="20"/>
        </w:rPr>
        <w:t>The</w:t>
      </w:r>
      <w:proofErr w:type="gramEnd"/>
      <w:r w:rsidRPr="002654EA">
        <w:rPr>
          <w:rFonts w:ascii="Segoe UI" w:hAnsi="Segoe UI" w:cs="Segoe UI"/>
          <w:sz w:val="20"/>
          <w:szCs w:val="20"/>
        </w:rPr>
        <w:t xml:space="preserve"> post is covered by Part 7 of the immigration Act (2016) and therefore t</w:t>
      </w:r>
      <w:r>
        <w:rPr>
          <w:rFonts w:ascii="Segoe UI" w:hAnsi="Segoe UI" w:cs="Segoe UI"/>
          <w:sz w:val="20"/>
          <w:szCs w:val="20"/>
        </w:rPr>
        <w:t xml:space="preserve">he </w:t>
      </w:r>
      <w:r w:rsidRPr="002654EA">
        <w:rPr>
          <w:rFonts w:ascii="Segoe UI" w:hAnsi="Segoe UI" w:cs="Segoe UI"/>
          <w:sz w:val="20"/>
          <w:szCs w:val="20"/>
        </w:rPr>
        <w:t>ability to speak fluent and spoken English is an essential requirement for this role.</w:t>
      </w:r>
    </w:p>
    <w:p w14:paraId="01215BEB" w14:textId="77777777" w:rsidR="00B24BF1" w:rsidRDefault="00B24BF1" w:rsidP="00B24BF1">
      <w:pPr>
        <w:pStyle w:val="ListBullet"/>
        <w:numPr>
          <w:ilvl w:val="0"/>
          <w:numId w:val="0"/>
        </w:numPr>
        <w:ind w:left="360" w:hanging="360"/>
        <w:rPr>
          <w:rFonts w:ascii="Segoe UI" w:hAnsi="Segoe UI" w:cs="Segoe UI"/>
        </w:rPr>
      </w:pPr>
    </w:p>
    <w:p w14:paraId="78303EFA" w14:textId="1F07E476" w:rsidR="00B24BF1" w:rsidRDefault="00B24BF1" w:rsidP="006C4779">
      <w:pPr>
        <w:pStyle w:val="Heading1"/>
        <w:ind w:right="-1141"/>
        <w:rPr>
          <w:rFonts w:ascii="Calibri" w:hAnsi="Calibri"/>
          <w:color w:val="00467A"/>
          <w:sz w:val="36"/>
          <w:szCs w:val="20"/>
        </w:rPr>
      </w:pPr>
    </w:p>
    <w:p w14:paraId="0CD44DB9" w14:textId="282476C9" w:rsidR="00407282" w:rsidRDefault="00407282" w:rsidP="00407282"/>
    <w:p w14:paraId="19EDB8D1" w14:textId="4FD7DB74" w:rsidR="00407282" w:rsidRDefault="00407282" w:rsidP="00407282"/>
    <w:p w14:paraId="270ACD74" w14:textId="6478AC96" w:rsidR="00407282" w:rsidRDefault="00407282" w:rsidP="00407282"/>
    <w:p w14:paraId="0481E158" w14:textId="77777777" w:rsidR="00407282" w:rsidRDefault="00407282" w:rsidP="00407282"/>
    <w:p w14:paraId="3E0B3DDB" w14:textId="77777777" w:rsidR="00407282" w:rsidRPr="00407282" w:rsidRDefault="00407282" w:rsidP="00407282"/>
    <w:p w14:paraId="28B69738" w14:textId="77777777" w:rsidR="00CE5B8F" w:rsidRPr="00CE5B8F" w:rsidRDefault="00CE5B8F" w:rsidP="00CE5B8F"/>
    <w:tbl>
      <w:tblPr>
        <w:tblStyle w:val="TableGrid"/>
        <w:tblW w:w="9356" w:type="dxa"/>
        <w:tblInd w:w="-289" w:type="dxa"/>
        <w:tblLook w:val="04A0" w:firstRow="1" w:lastRow="0" w:firstColumn="1" w:lastColumn="0" w:noHBand="0" w:noVBand="1"/>
      </w:tblPr>
      <w:tblGrid>
        <w:gridCol w:w="3545"/>
        <w:gridCol w:w="5811"/>
      </w:tblGrid>
      <w:tr w:rsidR="00B24BF1" w14:paraId="6CB08D0A" w14:textId="77777777" w:rsidTr="009E7612">
        <w:trPr>
          <w:trHeight w:val="1015"/>
        </w:trPr>
        <w:tc>
          <w:tcPr>
            <w:tcW w:w="9356" w:type="dxa"/>
            <w:gridSpan w:val="2"/>
          </w:tcPr>
          <w:p w14:paraId="5B8DDEFE" w14:textId="22E48AD1" w:rsidR="00B24BF1" w:rsidRDefault="00DF136F" w:rsidP="00B24BF1">
            <w:r>
              <w:rPr>
                <w:noProof/>
                <w:lang w:eastAsia="en-GB"/>
              </w:rPr>
              <w:lastRenderedPageBreak/>
              <w:drawing>
                <wp:anchor distT="0" distB="0" distL="114300" distR="114300" simplePos="0" relativeHeight="251658240" behindDoc="1" locked="0" layoutInCell="1" allowOverlap="1" wp14:anchorId="469A89F5" wp14:editId="3ADD7577">
                  <wp:simplePos x="0" y="0"/>
                  <wp:positionH relativeFrom="column">
                    <wp:posOffset>4166870</wp:posOffset>
                  </wp:positionH>
                  <wp:positionV relativeFrom="paragraph">
                    <wp:posOffset>95250</wp:posOffset>
                  </wp:positionV>
                  <wp:extent cx="1243965" cy="466725"/>
                  <wp:effectExtent l="0" t="0" r="0" b="9525"/>
                  <wp:wrapTight wrapText="bothSides">
                    <wp:wrapPolygon edited="0">
                      <wp:start x="0" y="0"/>
                      <wp:lineTo x="0" y="16751"/>
                      <wp:lineTo x="1654" y="21159"/>
                      <wp:lineTo x="21170" y="21159"/>
                      <wp:lineTo x="21170" y="882"/>
                      <wp:lineTo x="17862" y="0"/>
                      <wp:lineTo x="0" y="0"/>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396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BF1" w:rsidRPr="00B24BF1">
              <w:rPr>
                <w:rFonts w:ascii="Segoe UI" w:hAnsi="Segoe UI" w:cs="Segoe UI"/>
                <w:b/>
                <w:bCs/>
                <w:color w:val="016178"/>
                <w:sz w:val="44"/>
                <w:szCs w:val="44"/>
              </w:rPr>
              <w:t>Person Specification</w:t>
            </w:r>
            <w:r w:rsidR="00B24BF1" w:rsidRPr="00B24BF1">
              <w:rPr>
                <w:color w:val="016178"/>
              </w:rPr>
              <w:t xml:space="preserve"> </w:t>
            </w:r>
          </w:p>
        </w:tc>
      </w:tr>
      <w:tr w:rsidR="00B24BF1" w14:paraId="70C20E99" w14:textId="77777777" w:rsidTr="009E7612">
        <w:tc>
          <w:tcPr>
            <w:tcW w:w="3545" w:type="dxa"/>
          </w:tcPr>
          <w:p w14:paraId="4C92F778" w14:textId="232AE9CB" w:rsidR="00B24BF1" w:rsidRPr="006C4779" w:rsidRDefault="00B24BF1" w:rsidP="00B24BF1">
            <w:pPr>
              <w:rPr>
                <w:color w:val="016178"/>
              </w:rPr>
            </w:pPr>
            <w:r w:rsidRPr="006C4779">
              <w:rPr>
                <w:rFonts w:ascii="Segoe UI" w:hAnsi="Segoe UI" w:cs="Segoe UI"/>
                <w:b/>
                <w:color w:val="016178"/>
              </w:rPr>
              <w:t>Education and Qualifications</w:t>
            </w:r>
          </w:p>
        </w:tc>
        <w:tc>
          <w:tcPr>
            <w:tcW w:w="5811" w:type="dxa"/>
          </w:tcPr>
          <w:p w14:paraId="0368AB9F" w14:textId="58F45FC0" w:rsidR="00DF136F" w:rsidRPr="006C4779" w:rsidRDefault="00B24BF1" w:rsidP="00B24BF1">
            <w:pPr>
              <w:rPr>
                <w:rFonts w:ascii="Segoe UI" w:hAnsi="Segoe UI" w:cs="Segoe UI"/>
                <w:b/>
                <w:color w:val="016178"/>
              </w:rPr>
            </w:pPr>
            <w:r w:rsidRPr="006C4779">
              <w:rPr>
                <w:rFonts w:ascii="Segoe UI" w:hAnsi="Segoe UI" w:cs="Segoe UI"/>
                <w:b/>
                <w:color w:val="016178"/>
              </w:rPr>
              <w:t>Essential</w:t>
            </w:r>
          </w:p>
          <w:p w14:paraId="3FFB939C" w14:textId="77777777" w:rsidR="00407282" w:rsidRPr="006178DC" w:rsidRDefault="00407282" w:rsidP="00407282">
            <w:pPr>
              <w:pStyle w:val="ListParagraph"/>
              <w:widowControl w:val="0"/>
              <w:numPr>
                <w:ilvl w:val="0"/>
                <w:numId w:val="10"/>
              </w:numPr>
              <w:ind w:right="34"/>
              <w:rPr>
                <w:rFonts w:ascii="Segoe UI" w:eastAsia="Tahoma" w:hAnsi="Segoe UI" w:cs="Segoe UI"/>
                <w:spacing w:val="1"/>
              </w:rPr>
            </w:pPr>
            <w:r>
              <w:rPr>
                <w:rFonts w:ascii="Segoe UI" w:eastAsia="Tahoma" w:hAnsi="Segoe UI" w:cs="Segoe UI"/>
                <w:spacing w:val="1"/>
              </w:rPr>
              <w:t>GCSE at grade C/4 or above</w:t>
            </w:r>
            <w:r w:rsidRPr="006178DC">
              <w:rPr>
                <w:rFonts w:ascii="Segoe UI" w:eastAsia="Tahoma" w:hAnsi="Segoe UI" w:cs="Segoe UI"/>
                <w:spacing w:val="1"/>
              </w:rPr>
              <w:t xml:space="preserve"> or equivalent in English and Mathematics</w:t>
            </w:r>
          </w:p>
          <w:p w14:paraId="315A935A" w14:textId="77777777" w:rsidR="00407282" w:rsidRDefault="00407282" w:rsidP="00407282">
            <w:pPr>
              <w:pStyle w:val="ListParagraph"/>
              <w:widowControl w:val="0"/>
              <w:numPr>
                <w:ilvl w:val="0"/>
                <w:numId w:val="10"/>
              </w:numPr>
              <w:ind w:right="34"/>
              <w:rPr>
                <w:rFonts w:ascii="Segoe UI" w:eastAsia="Tahoma" w:hAnsi="Segoe UI" w:cs="Segoe UI"/>
                <w:spacing w:val="1"/>
              </w:rPr>
            </w:pPr>
            <w:r w:rsidRPr="006178DC">
              <w:rPr>
                <w:rFonts w:ascii="Segoe UI" w:eastAsia="Tahoma" w:hAnsi="Segoe UI" w:cs="Segoe UI"/>
                <w:spacing w:val="1"/>
              </w:rPr>
              <w:t>Substantial and appropriate data management and analysis experience</w:t>
            </w:r>
          </w:p>
          <w:p w14:paraId="7AD3A8B3" w14:textId="0FA9FA96" w:rsidR="00407282" w:rsidRDefault="00407282" w:rsidP="00407282">
            <w:pPr>
              <w:pStyle w:val="ListParagraph"/>
              <w:widowControl w:val="0"/>
              <w:numPr>
                <w:ilvl w:val="0"/>
                <w:numId w:val="10"/>
              </w:numPr>
              <w:ind w:right="34"/>
              <w:rPr>
                <w:rFonts w:ascii="Segoe UI" w:eastAsia="Tahoma" w:hAnsi="Segoe UI" w:cs="Segoe UI"/>
                <w:spacing w:val="1"/>
              </w:rPr>
            </w:pPr>
            <w:r>
              <w:rPr>
                <w:rFonts w:ascii="Segoe UI" w:eastAsia="Tahoma" w:hAnsi="Segoe UI" w:cs="Segoe UI"/>
                <w:spacing w:val="1"/>
              </w:rPr>
              <w:t>Competent with numerical and written data</w:t>
            </w:r>
          </w:p>
          <w:p w14:paraId="06FF0F42" w14:textId="736A62F6" w:rsidR="00407282" w:rsidRPr="00407282" w:rsidRDefault="00407282" w:rsidP="00407282">
            <w:pPr>
              <w:jc w:val="both"/>
              <w:rPr>
                <w:rFonts w:ascii="Segoe UI" w:hAnsi="Segoe UI" w:cs="Segoe UI"/>
                <w:b/>
                <w:color w:val="016178"/>
              </w:rPr>
            </w:pPr>
            <w:r w:rsidRPr="006C4779">
              <w:rPr>
                <w:rFonts w:ascii="Segoe UI" w:hAnsi="Segoe UI" w:cs="Segoe UI"/>
                <w:b/>
                <w:color w:val="016178"/>
              </w:rPr>
              <w:t>Desirable</w:t>
            </w:r>
          </w:p>
          <w:p w14:paraId="3D2C8A4A" w14:textId="764C5653" w:rsidR="00B24BF1" w:rsidRPr="00407282" w:rsidRDefault="00407282" w:rsidP="00407282">
            <w:pPr>
              <w:pStyle w:val="ListParagraph"/>
              <w:widowControl w:val="0"/>
              <w:numPr>
                <w:ilvl w:val="0"/>
                <w:numId w:val="10"/>
              </w:numPr>
              <w:ind w:right="34"/>
              <w:rPr>
                <w:rFonts w:ascii="Segoe UI" w:eastAsia="Tahoma" w:hAnsi="Segoe UI" w:cs="Segoe UI"/>
                <w:spacing w:val="1"/>
              </w:rPr>
            </w:pPr>
            <w:r w:rsidRPr="00CD3572">
              <w:rPr>
                <w:rFonts w:ascii="Segoe UI" w:eastAsia="Tahoma" w:hAnsi="Segoe UI" w:cs="Segoe UI"/>
                <w:spacing w:val="1"/>
              </w:rPr>
              <w:t>Level 3 qualification in data or IT or committed to working towards</w:t>
            </w:r>
          </w:p>
        </w:tc>
      </w:tr>
      <w:tr w:rsidR="00B24BF1" w14:paraId="02E7BBBA" w14:textId="77777777" w:rsidTr="009E7612">
        <w:tc>
          <w:tcPr>
            <w:tcW w:w="3545" w:type="dxa"/>
          </w:tcPr>
          <w:p w14:paraId="4C1F9F82" w14:textId="607BAA60" w:rsidR="00B24BF1" w:rsidRPr="006C4779" w:rsidRDefault="00B24BF1" w:rsidP="00B24BF1">
            <w:pPr>
              <w:rPr>
                <w:color w:val="016178"/>
              </w:rPr>
            </w:pPr>
            <w:r w:rsidRPr="006C4779">
              <w:rPr>
                <w:rFonts w:ascii="Segoe UI" w:hAnsi="Segoe UI" w:cs="Segoe UI"/>
                <w:b/>
                <w:color w:val="016178"/>
              </w:rPr>
              <w:t>Experience</w:t>
            </w:r>
          </w:p>
        </w:tc>
        <w:tc>
          <w:tcPr>
            <w:tcW w:w="5811" w:type="dxa"/>
          </w:tcPr>
          <w:p w14:paraId="4AC0CA40" w14:textId="77777777" w:rsidR="00B24BF1" w:rsidRPr="006C4779" w:rsidRDefault="00B24BF1" w:rsidP="00B24BF1">
            <w:pPr>
              <w:rPr>
                <w:rFonts w:ascii="Segoe UI" w:hAnsi="Segoe UI" w:cs="Segoe UI"/>
                <w:b/>
                <w:color w:val="016178"/>
              </w:rPr>
            </w:pPr>
            <w:r w:rsidRPr="006C4779">
              <w:rPr>
                <w:rFonts w:ascii="Segoe UI" w:hAnsi="Segoe UI" w:cs="Segoe UI"/>
                <w:b/>
                <w:color w:val="016178"/>
              </w:rPr>
              <w:t>Essential</w:t>
            </w:r>
          </w:p>
          <w:p w14:paraId="54E06495"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 xml:space="preserve">Proven experience of the management of and secure retention of data. </w:t>
            </w:r>
          </w:p>
          <w:p w14:paraId="3F7F8C29" w14:textId="77777777" w:rsidR="00407282" w:rsidRPr="00223242" w:rsidRDefault="00407282" w:rsidP="00407282">
            <w:pPr>
              <w:pStyle w:val="ListParagraph"/>
              <w:numPr>
                <w:ilvl w:val="0"/>
                <w:numId w:val="18"/>
              </w:numPr>
              <w:jc w:val="both"/>
              <w:rPr>
                <w:rFonts w:ascii="Segoe UI" w:hAnsi="Segoe UI" w:cs="Segoe UI"/>
                <w:spacing w:val="-1"/>
              </w:rPr>
            </w:pPr>
            <w:r w:rsidRPr="00CD3572">
              <w:rPr>
                <w:rFonts w:ascii="Segoe UI" w:eastAsiaTheme="minorHAnsi" w:hAnsi="Segoe UI" w:cs="Segoe UI"/>
              </w:rPr>
              <w:t xml:space="preserve">Experience of data management in an education setting. </w:t>
            </w:r>
          </w:p>
          <w:p w14:paraId="1B30C72E" w14:textId="77777777" w:rsidR="00407282" w:rsidRPr="00CD3572" w:rsidRDefault="00407282" w:rsidP="00407282">
            <w:pPr>
              <w:pStyle w:val="ListParagraph"/>
              <w:widowControl w:val="0"/>
              <w:numPr>
                <w:ilvl w:val="0"/>
                <w:numId w:val="18"/>
              </w:numPr>
              <w:ind w:right="34"/>
              <w:rPr>
                <w:rFonts w:ascii="Segoe UI" w:hAnsi="Segoe UI" w:cs="Segoe UI"/>
                <w:spacing w:val="-1"/>
              </w:rPr>
            </w:pPr>
            <w:r w:rsidRPr="00CD3572">
              <w:rPr>
                <w:rFonts w:ascii="Segoe UI" w:hAnsi="Segoe UI" w:cs="Segoe UI"/>
                <w:spacing w:val="-1"/>
              </w:rPr>
              <w:t>Knowledge and understanding of data requirements of Secondary Schools.</w:t>
            </w:r>
          </w:p>
          <w:p w14:paraId="3955F1B9" w14:textId="77777777" w:rsidR="00407282" w:rsidRDefault="00407282" w:rsidP="00407282">
            <w:pPr>
              <w:pStyle w:val="ListParagraph"/>
              <w:widowControl w:val="0"/>
              <w:numPr>
                <w:ilvl w:val="0"/>
                <w:numId w:val="18"/>
              </w:numPr>
              <w:ind w:right="34"/>
              <w:rPr>
                <w:rFonts w:ascii="Segoe UI" w:hAnsi="Segoe UI" w:cs="Segoe UI"/>
                <w:spacing w:val="-1"/>
              </w:rPr>
            </w:pPr>
            <w:r w:rsidRPr="00CD3572">
              <w:rPr>
                <w:rFonts w:ascii="Segoe UI" w:hAnsi="Segoe UI" w:cs="Segoe UI"/>
                <w:spacing w:val="-1"/>
              </w:rPr>
              <w:t>Knowledge of school accountability measures</w:t>
            </w:r>
          </w:p>
          <w:p w14:paraId="31272105" w14:textId="77777777" w:rsidR="00407282" w:rsidRPr="00223242" w:rsidRDefault="00407282" w:rsidP="00407282">
            <w:pPr>
              <w:pStyle w:val="ListParagraph"/>
              <w:numPr>
                <w:ilvl w:val="0"/>
                <w:numId w:val="18"/>
              </w:numPr>
              <w:jc w:val="both"/>
              <w:rPr>
                <w:rFonts w:ascii="Segoe UI" w:hAnsi="Segoe UI" w:cs="Segoe UI"/>
                <w:spacing w:val="-1"/>
              </w:rPr>
            </w:pPr>
            <w:r w:rsidRPr="00CD3572">
              <w:rPr>
                <w:rFonts w:ascii="Segoe UI" w:eastAsiaTheme="minorHAnsi" w:hAnsi="Segoe UI" w:cs="Segoe UI"/>
              </w:rPr>
              <w:t xml:space="preserve">Wide knowledge and </w:t>
            </w:r>
            <w:proofErr w:type="gramStart"/>
            <w:r w:rsidRPr="00CD3572">
              <w:rPr>
                <w:rFonts w:ascii="Segoe UI" w:eastAsiaTheme="minorHAnsi" w:hAnsi="Segoe UI" w:cs="Segoe UI"/>
              </w:rPr>
              <w:t>in depth</w:t>
            </w:r>
            <w:proofErr w:type="gramEnd"/>
            <w:r w:rsidRPr="00CD3572">
              <w:rPr>
                <w:rFonts w:ascii="Segoe UI" w:eastAsiaTheme="minorHAnsi" w:hAnsi="Segoe UI" w:cs="Segoe UI"/>
              </w:rPr>
              <w:t xml:space="preserve"> experience of using </w:t>
            </w:r>
            <w:r>
              <w:rPr>
                <w:rFonts w:ascii="Segoe UI" w:eastAsiaTheme="minorHAnsi" w:hAnsi="Segoe UI" w:cs="Segoe UI"/>
              </w:rPr>
              <w:t>Arbor</w:t>
            </w:r>
          </w:p>
          <w:p w14:paraId="452A9C5A" w14:textId="77777777" w:rsidR="00407282" w:rsidRPr="00CD3572" w:rsidRDefault="00407282" w:rsidP="00407282">
            <w:pPr>
              <w:pStyle w:val="ListParagraph"/>
              <w:numPr>
                <w:ilvl w:val="0"/>
                <w:numId w:val="18"/>
              </w:numPr>
              <w:jc w:val="both"/>
              <w:rPr>
                <w:rFonts w:ascii="Segoe UI" w:hAnsi="Segoe UI" w:cs="Segoe UI"/>
                <w:spacing w:val="-1"/>
              </w:rPr>
            </w:pPr>
            <w:r w:rsidRPr="00CD3572">
              <w:rPr>
                <w:rFonts w:ascii="Segoe UI" w:hAnsi="Segoe UI" w:cs="Segoe UI"/>
                <w:spacing w:val="-1"/>
              </w:rPr>
              <w:t>Experience of 3</w:t>
            </w:r>
            <w:r w:rsidRPr="00CD3572">
              <w:rPr>
                <w:rFonts w:ascii="Segoe UI" w:hAnsi="Segoe UI" w:cs="Segoe UI"/>
                <w:spacing w:val="-1"/>
                <w:vertAlign w:val="superscript"/>
              </w:rPr>
              <w:t>rd</w:t>
            </w:r>
            <w:r w:rsidRPr="00CD3572">
              <w:rPr>
                <w:rFonts w:ascii="Segoe UI" w:hAnsi="Segoe UI" w:cs="Segoe UI"/>
                <w:spacing w:val="-1"/>
              </w:rPr>
              <w:t xml:space="preserve"> party analysis tools </w:t>
            </w:r>
            <w:proofErr w:type="gramStart"/>
            <w:r w:rsidRPr="00CD3572">
              <w:rPr>
                <w:rFonts w:ascii="Segoe UI" w:hAnsi="Segoe UI" w:cs="Segoe UI"/>
                <w:spacing w:val="-1"/>
              </w:rPr>
              <w:t>e.g.</w:t>
            </w:r>
            <w:proofErr w:type="gramEnd"/>
            <w:r w:rsidRPr="00CD3572">
              <w:rPr>
                <w:rFonts w:ascii="Segoe UI" w:hAnsi="Segoe UI" w:cs="Segoe UI"/>
                <w:spacing w:val="-1"/>
              </w:rPr>
              <w:t xml:space="preserve"> </w:t>
            </w:r>
            <w:r>
              <w:rPr>
                <w:rFonts w:ascii="Segoe UI" w:hAnsi="Segoe UI" w:cs="Segoe UI"/>
                <w:spacing w:val="-1"/>
              </w:rPr>
              <w:t>SISRA</w:t>
            </w:r>
          </w:p>
          <w:p w14:paraId="0EBCF2E1" w14:textId="77777777" w:rsidR="00407282" w:rsidRPr="00223242" w:rsidRDefault="00407282" w:rsidP="00407282">
            <w:pPr>
              <w:pStyle w:val="ListParagraph"/>
              <w:numPr>
                <w:ilvl w:val="0"/>
                <w:numId w:val="18"/>
              </w:numPr>
              <w:autoSpaceDE w:val="0"/>
              <w:autoSpaceDN w:val="0"/>
              <w:adjustRightInd w:val="0"/>
              <w:jc w:val="both"/>
              <w:rPr>
                <w:rFonts w:ascii="Segoe UI" w:eastAsiaTheme="minorHAnsi" w:hAnsi="Segoe UI" w:cs="Segoe UI"/>
              </w:rPr>
            </w:pPr>
            <w:r>
              <w:rPr>
                <w:rFonts w:ascii="Segoe UI" w:eastAsiaTheme="minorHAnsi" w:hAnsi="Segoe UI" w:cs="Segoe UI"/>
              </w:rPr>
              <w:t>Competent in using</w:t>
            </w:r>
            <w:r w:rsidRPr="00CD3572">
              <w:rPr>
                <w:rFonts w:ascii="Segoe UI" w:eastAsiaTheme="minorHAnsi" w:hAnsi="Segoe UI" w:cs="Segoe UI"/>
              </w:rPr>
              <w:t xml:space="preserve"> Excel to an advanced level. </w:t>
            </w:r>
          </w:p>
          <w:p w14:paraId="01BE4E79"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Experience of data analysis and manipulation to an advanced level in order to make a decision or recommendation.</w:t>
            </w:r>
          </w:p>
          <w:p w14:paraId="7CD53C4A"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Experience of using Microsoft Office applications.</w:t>
            </w:r>
          </w:p>
          <w:p w14:paraId="1B76D5E7"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Experience of working with</w:t>
            </w:r>
            <w:r>
              <w:rPr>
                <w:rFonts w:ascii="Segoe UI" w:eastAsiaTheme="minorHAnsi" w:hAnsi="Segoe UI" w:cs="Segoe UI"/>
              </w:rPr>
              <w:t xml:space="preserve"> a variety of stakeholders</w:t>
            </w:r>
            <w:r w:rsidRPr="00CD3572">
              <w:rPr>
                <w:rFonts w:ascii="Segoe UI" w:eastAsiaTheme="minorHAnsi" w:hAnsi="Segoe UI" w:cs="Segoe UI"/>
              </w:rPr>
              <w:t xml:space="preserve"> across different levels within an </w:t>
            </w:r>
            <w:proofErr w:type="spellStart"/>
            <w:r w:rsidRPr="00CD3572">
              <w:rPr>
                <w:rFonts w:ascii="Segoe UI" w:eastAsiaTheme="minorHAnsi" w:hAnsi="Segoe UI" w:cs="Segoe UI"/>
              </w:rPr>
              <w:t>organisation</w:t>
            </w:r>
            <w:proofErr w:type="spellEnd"/>
            <w:r w:rsidRPr="00CD3572">
              <w:rPr>
                <w:rFonts w:ascii="Segoe UI" w:eastAsiaTheme="minorHAnsi" w:hAnsi="Segoe UI" w:cs="Segoe UI"/>
              </w:rPr>
              <w:t xml:space="preserve"> </w:t>
            </w:r>
          </w:p>
          <w:p w14:paraId="38F8C26E"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 xml:space="preserve">Experience of producing high quality data and reports. </w:t>
            </w:r>
          </w:p>
          <w:p w14:paraId="3A47C2B0"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 xml:space="preserve">Experience of the production of statistics.  </w:t>
            </w:r>
          </w:p>
          <w:p w14:paraId="6E04B3C6"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 xml:space="preserve">Experience in collating, </w:t>
            </w:r>
            <w:proofErr w:type="spellStart"/>
            <w:r w:rsidRPr="00CD3572">
              <w:rPr>
                <w:rFonts w:ascii="Segoe UI" w:eastAsiaTheme="minorHAnsi" w:hAnsi="Segoe UI" w:cs="Segoe UI"/>
              </w:rPr>
              <w:t>analysing</w:t>
            </w:r>
            <w:proofErr w:type="spellEnd"/>
            <w:r w:rsidRPr="00CD3572">
              <w:rPr>
                <w:rFonts w:ascii="Segoe UI" w:eastAsiaTheme="minorHAnsi" w:hAnsi="Segoe UI" w:cs="Segoe UI"/>
              </w:rPr>
              <w:t xml:space="preserve"> and presenting data.</w:t>
            </w:r>
          </w:p>
          <w:p w14:paraId="4571AAF7" w14:textId="77777777" w:rsidR="00407282" w:rsidRPr="00CD357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 xml:space="preserve">Experience in the implementation and management of </w:t>
            </w:r>
            <w:r>
              <w:rPr>
                <w:rFonts w:ascii="Segoe UI" w:eastAsiaTheme="minorHAnsi" w:hAnsi="Segoe UI" w:cs="Segoe UI"/>
              </w:rPr>
              <w:t xml:space="preserve">a </w:t>
            </w:r>
            <w:r w:rsidRPr="00CD3572">
              <w:rPr>
                <w:rFonts w:ascii="Segoe UI" w:eastAsiaTheme="minorHAnsi" w:hAnsi="Segoe UI" w:cs="Segoe UI"/>
              </w:rPr>
              <w:t xml:space="preserve">MIS. </w:t>
            </w:r>
          </w:p>
          <w:p w14:paraId="29C2F63B" w14:textId="6DCE8114" w:rsidR="00407282" w:rsidRPr="00407282" w:rsidRDefault="00407282" w:rsidP="00407282">
            <w:pPr>
              <w:pStyle w:val="ListParagraph"/>
              <w:numPr>
                <w:ilvl w:val="0"/>
                <w:numId w:val="18"/>
              </w:numPr>
              <w:autoSpaceDE w:val="0"/>
              <w:autoSpaceDN w:val="0"/>
              <w:adjustRightInd w:val="0"/>
              <w:jc w:val="both"/>
              <w:rPr>
                <w:rFonts w:ascii="Segoe UI" w:eastAsiaTheme="minorHAnsi" w:hAnsi="Segoe UI" w:cs="Segoe UI"/>
              </w:rPr>
            </w:pPr>
            <w:r w:rsidRPr="00CD3572">
              <w:rPr>
                <w:rFonts w:ascii="Segoe UI" w:eastAsiaTheme="minorHAnsi" w:hAnsi="Segoe UI" w:cs="Segoe UI"/>
              </w:rPr>
              <w:t>Experience of co-ordination and delivery of training.</w:t>
            </w:r>
          </w:p>
          <w:p w14:paraId="2D165510" w14:textId="77777777" w:rsidR="00407282" w:rsidRPr="00407282" w:rsidRDefault="00407282" w:rsidP="00407282">
            <w:pPr>
              <w:jc w:val="both"/>
              <w:rPr>
                <w:rFonts w:ascii="Segoe UI" w:hAnsi="Segoe UI" w:cs="Segoe UI"/>
                <w:b/>
                <w:color w:val="016178"/>
              </w:rPr>
            </w:pPr>
            <w:r w:rsidRPr="006C4779">
              <w:rPr>
                <w:rFonts w:ascii="Segoe UI" w:hAnsi="Segoe UI" w:cs="Segoe UI"/>
                <w:b/>
                <w:color w:val="016178"/>
              </w:rPr>
              <w:t>Desirable</w:t>
            </w:r>
          </w:p>
          <w:p w14:paraId="39F47774" w14:textId="77777777" w:rsidR="00B24BF1" w:rsidRDefault="00407282" w:rsidP="00407282">
            <w:pPr>
              <w:pStyle w:val="ListParagraph"/>
              <w:widowControl w:val="0"/>
              <w:numPr>
                <w:ilvl w:val="0"/>
                <w:numId w:val="18"/>
              </w:numPr>
              <w:ind w:right="34"/>
              <w:jc w:val="both"/>
              <w:rPr>
                <w:rFonts w:ascii="Segoe UI" w:eastAsia="Tahoma" w:hAnsi="Segoe UI" w:cs="Segoe UI"/>
              </w:rPr>
            </w:pPr>
            <w:r w:rsidRPr="004E15AA">
              <w:rPr>
                <w:rFonts w:ascii="Segoe UI" w:eastAsia="Tahoma" w:hAnsi="Segoe UI" w:cs="Segoe UI"/>
              </w:rPr>
              <w:t xml:space="preserve">Experience of using </w:t>
            </w:r>
            <w:proofErr w:type="spellStart"/>
            <w:r>
              <w:rPr>
                <w:rFonts w:ascii="Segoe UI" w:eastAsia="Tahoma" w:hAnsi="Segoe UI" w:cs="Segoe UI"/>
              </w:rPr>
              <w:t>Timetabler</w:t>
            </w:r>
            <w:proofErr w:type="spellEnd"/>
          </w:p>
          <w:p w14:paraId="74372733" w14:textId="73164F7E" w:rsidR="00407282" w:rsidRPr="00407282" w:rsidRDefault="00407282" w:rsidP="00407282">
            <w:pPr>
              <w:pStyle w:val="ListParagraph"/>
              <w:widowControl w:val="0"/>
              <w:ind w:right="34"/>
              <w:jc w:val="both"/>
              <w:rPr>
                <w:rFonts w:ascii="Segoe UI" w:eastAsia="Tahoma" w:hAnsi="Segoe UI" w:cs="Segoe UI"/>
              </w:rPr>
            </w:pPr>
          </w:p>
        </w:tc>
      </w:tr>
      <w:tr w:rsidR="00B24BF1" w14:paraId="0987D31F" w14:textId="77777777" w:rsidTr="009E7612">
        <w:tc>
          <w:tcPr>
            <w:tcW w:w="3545" w:type="dxa"/>
          </w:tcPr>
          <w:p w14:paraId="0F198D24" w14:textId="118EF531" w:rsidR="00B24BF1" w:rsidRPr="006C4779" w:rsidRDefault="00B24BF1" w:rsidP="00B24BF1">
            <w:pPr>
              <w:rPr>
                <w:rFonts w:ascii="Segoe UI" w:hAnsi="Segoe UI" w:cs="Segoe UI"/>
                <w:b/>
                <w:color w:val="016178"/>
              </w:rPr>
            </w:pPr>
            <w:r w:rsidRPr="006C4779">
              <w:rPr>
                <w:rFonts w:ascii="Segoe UI" w:hAnsi="Segoe UI" w:cs="Segoe UI"/>
                <w:b/>
                <w:color w:val="016178"/>
              </w:rPr>
              <w:lastRenderedPageBreak/>
              <w:t>Skills and knowledge</w:t>
            </w:r>
          </w:p>
        </w:tc>
        <w:tc>
          <w:tcPr>
            <w:tcW w:w="5811" w:type="dxa"/>
          </w:tcPr>
          <w:p w14:paraId="4DECB0C0" w14:textId="77777777" w:rsidR="00B24BF1" w:rsidRPr="006C4779" w:rsidRDefault="00B24BF1" w:rsidP="00B24BF1">
            <w:pPr>
              <w:jc w:val="both"/>
              <w:rPr>
                <w:rFonts w:ascii="Segoe UI" w:hAnsi="Segoe UI" w:cs="Segoe UI"/>
                <w:b/>
                <w:color w:val="016178"/>
              </w:rPr>
            </w:pPr>
            <w:r w:rsidRPr="006C4779">
              <w:rPr>
                <w:rFonts w:ascii="Segoe UI" w:hAnsi="Segoe UI" w:cs="Segoe UI"/>
                <w:b/>
                <w:color w:val="016178"/>
              </w:rPr>
              <w:t>Essential</w:t>
            </w:r>
          </w:p>
          <w:p w14:paraId="0C45A2ED" w14:textId="77777777" w:rsidR="00B24BF1" w:rsidRPr="00E34FDD" w:rsidRDefault="00B24BF1" w:rsidP="00407282">
            <w:pPr>
              <w:numPr>
                <w:ilvl w:val="0"/>
                <w:numId w:val="10"/>
              </w:numPr>
              <w:jc w:val="both"/>
              <w:rPr>
                <w:rFonts w:ascii="Segoe UI" w:hAnsi="Segoe UI" w:cs="Segoe UI"/>
              </w:rPr>
            </w:pPr>
            <w:r w:rsidRPr="00E34FDD">
              <w:rPr>
                <w:rFonts w:ascii="Segoe UI" w:hAnsi="Segoe UI" w:cs="Segoe UI"/>
              </w:rPr>
              <w:t>Understanding and commitment to the safeguarding of children</w:t>
            </w:r>
          </w:p>
          <w:p w14:paraId="1B8F663B" w14:textId="77777777" w:rsidR="00407282" w:rsidRPr="00CD3572" w:rsidRDefault="00407282" w:rsidP="00407282">
            <w:pPr>
              <w:pStyle w:val="ListParagraph"/>
              <w:numPr>
                <w:ilvl w:val="0"/>
                <w:numId w:val="10"/>
              </w:numPr>
              <w:jc w:val="both"/>
              <w:rPr>
                <w:rFonts w:ascii="Segoe UI" w:hAnsi="Segoe UI" w:cs="Segoe UI"/>
                <w:spacing w:val="-1"/>
              </w:rPr>
            </w:pPr>
            <w:r w:rsidRPr="00CD3572">
              <w:rPr>
                <w:rFonts w:ascii="Segoe UI" w:hAnsi="Segoe UI" w:cs="Segoe UI"/>
                <w:spacing w:val="-1"/>
              </w:rPr>
              <w:t xml:space="preserve">Excellent </w:t>
            </w:r>
            <w:proofErr w:type="spellStart"/>
            <w:r w:rsidRPr="00CD3572">
              <w:rPr>
                <w:rFonts w:ascii="Segoe UI" w:hAnsi="Segoe UI" w:cs="Segoe UI"/>
                <w:spacing w:val="-1"/>
              </w:rPr>
              <w:t>organisational</w:t>
            </w:r>
            <w:proofErr w:type="spellEnd"/>
            <w:r w:rsidRPr="00CD3572">
              <w:rPr>
                <w:rFonts w:ascii="Segoe UI" w:hAnsi="Segoe UI" w:cs="Segoe UI"/>
                <w:spacing w:val="-1"/>
              </w:rPr>
              <w:t xml:space="preserve"> and time management skills</w:t>
            </w:r>
          </w:p>
          <w:p w14:paraId="6751B53B" w14:textId="77777777" w:rsidR="00407282" w:rsidRPr="00CD3572" w:rsidRDefault="00407282" w:rsidP="00407282">
            <w:pPr>
              <w:pStyle w:val="ListParagraph"/>
              <w:numPr>
                <w:ilvl w:val="0"/>
                <w:numId w:val="10"/>
              </w:numPr>
              <w:jc w:val="both"/>
              <w:rPr>
                <w:rFonts w:ascii="Segoe UI" w:hAnsi="Segoe UI" w:cs="Segoe UI"/>
                <w:spacing w:val="-1"/>
              </w:rPr>
            </w:pPr>
            <w:r w:rsidRPr="00CD3572">
              <w:rPr>
                <w:rFonts w:ascii="Segoe UI" w:hAnsi="Segoe UI" w:cs="Segoe UI"/>
                <w:spacing w:val="-1"/>
              </w:rPr>
              <w:t>Excellent interpersonal and communication skills</w:t>
            </w:r>
          </w:p>
          <w:p w14:paraId="44A2836E" w14:textId="77777777" w:rsidR="00407282" w:rsidRPr="00CD3572" w:rsidRDefault="00407282" w:rsidP="00407282">
            <w:pPr>
              <w:numPr>
                <w:ilvl w:val="0"/>
                <w:numId w:val="10"/>
              </w:numPr>
              <w:rPr>
                <w:rFonts w:ascii="Segoe UI" w:hAnsi="Segoe UI" w:cs="Segoe UI"/>
                <w:spacing w:val="-1"/>
                <w:lang w:eastAsia="en-GB"/>
              </w:rPr>
            </w:pPr>
            <w:r w:rsidRPr="00CD3572">
              <w:rPr>
                <w:rFonts w:ascii="Segoe UI" w:hAnsi="Segoe UI" w:cs="Segoe UI"/>
                <w:spacing w:val="-1"/>
                <w:lang w:eastAsia="en-GB"/>
              </w:rPr>
              <w:t xml:space="preserve">Able to display data information in a clear, concise, easily understandable way as required for a range of audiences. </w:t>
            </w:r>
          </w:p>
          <w:p w14:paraId="2998FB7D" w14:textId="77777777" w:rsidR="00407282" w:rsidRPr="00CD3572" w:rsidRDefault="00407282" w:rsidP="00407282">
            <w:pPr>
              <w:numPr>
                <w:ilvl w:val="0"/>
                <w:numId w:val="10"/>
              </w:numPr>
              <w:rPr>
                <w:rFonts w:ascii="Segoe UI" w:hAnsi="Segoe UI" w:cs="Segoe UI"/>
                <w:spacing w:val="-1"/>
                <w:lang w:eastAsia="en-GB"/>
              </w:rPr>
            </w:pPr>
            <w:r w:rsidRPr="00CD3572">
              <w:rPr>
                <w:rFonts w:ascii="Segoe UI" w:hAnsi="Segoe UI" w:cs="Segoe UI"/>
                <w:spacing w:val="-1"/>
                <w:lang w:eastAsia="en-GB"/>
              </w:rPr>
              <w:t xml:space="preserve">Able to meet with a wide range of audiences to present, discuss and challenge data reporting.  </w:t>
            </w:r>
          </w:p>
          <w:p w14:paraId="6CF4ACCB" w14:textId="77777777" w:rsidR="00407282" w:rsidRPr="00CD3572" w:rsidRDefault="00407282" w:rsidP="00407282">
            <w:pPr>
              <w:pStyle w:val="ListParagraph"/>
              <w:numPr>
                <w:ilvl w:val="0"/>
                <w:numId w:val="10"/>
              </w:numPr>
              <w:jc w:val="both"/>
              <w:rPr>
                <w:rFonts w:ascii="Segoe UI" w:hAnsi="Segoe UI" w:cs="Segoe UI"/>
                <w:spacing w:val="-1"/>
              </w:rPr>
            </w:pPr>
            <w:r w:rsidRPr="00CD3572">
              <w:rPr>
                <w:rFonts w:ascii="Segoe UI" w:hAnsi="Segoe UI" w:cs="Segoe UI"/>
                <w:spacing w:val="-1"/>
              </w:rPr>
              <w:t>An ability to listen, reflect and have the capacity to be flexible</w:t>
            </w:r>
          </w:p>
          <w:p w14:paraId="0195E568" w14:textId="77777777" w:rsidR="00407282" w:rsidRPr="00CD3572" w:rsidRDefault="00407282" w:rsidP="00407282">
            <w:pPr>
              <w:pStyle w:val="ListParagraph"/>
              <w:numPr>
                <w:ilvl w:val="0"/>
                <w:numId w:val="10"/>
              </w:numPr>
              <w:jc w:val="both"/>
              <w:rPr>
                <w:rFonts w:ascii="Segoe UI" w:hAnsi="Segoe UI" w:cs="Segoe UI"/>
                <w:spacing w:val="-1"/>
              </w:rPr>
            </w:pPr>
            <w:r w:rsidRPr="00CD3572">
              <w:rPr>
                <w:rFonts w:ascii="Segoe UI" w:hAnsi="Segoe UI" w:cs="Segoe UI"/>
                <w:spacing w:val="-1"/>
              </w:rPr>
              <w:t>A commitment to continuing professional development</w:t>
            </w:r>
          </w:p>
          <w:p w14:paraId="6E8E6B6B" w14:textId="77777777" w:rsidR="00407282" w:rsidRPr="00CD3572" w:rsidRDefault="00407282" w:rsidP="00407282">
            <w:pPr>
              <w:pStyle w:val="ListParagraph"/>
              <w:numPr>
                <w:ilvl w:val="0"/>
                <w:numId w:val="10"/>
              </w:numPr>
              <w:jc w:val="both"/>
              <w:rPr>
                <w:rFonts w:ascii="Segoe UI" w:hAnsi="Segoe UI" w:cs="Segoe UI"/>
                <w:spacing w:val="-1"/>
              </w:rPr>
            </w:pPr>
            <w:r w:rsidRPr="00CD3572">
              <w:rPr>
                <w:rFonts w:ascii="Segoe UI" w:hAnsi="Segoe UI" w:cs="Segoe UI"/>
                <w:spacing w:val="-1"/>
              </w:rPr>
              <w:t>An attention to detail to accomplish tasks and processes accurately and completely</w:t>
            </w:r>
          </w:p>
          <w:p w14:paraId="3188F211" w14:textId="77777777" w:rsidR="00407282" w:rsidRPr="00CD3572" w:rsidRDefault="00407282" w:rsidP="00407282">
            <w:pPr>
              <w:pStyle w:val="ListParagraph"/>
              <w:numPr>
                <w:ilvl w:val="0"/>
                <w:numId w:val="27"/>
              </w:numPr>
              <w:jc w:val="both"/>
              <w:rPr>
                <w:rFonts w:ascii="Segoe UI" w:hAnsi="Segoe UI" w:cs="Segoe UI"/>
                <w:spacing w:val="-1"/>
              </w:rPr>
            </w:pPr>
            <w:r w:rsidRPr="00CD3572">
              <w:rPr>
                <w:rFonts w:ascii="Segoe UI" w:hAnsi="Segoe UI" w:cs="Segoe UI"/>
                <w:spacing w:val="-1"/>
              </w:rPr>
              <w:t xml:space="preserve">Analytical thinker – able to identify issues, relate and compare information from different sources  </w:t>
            </w:r>
          </w:p>
          <w:p w14:paraId="6DBB4F43" w14:textId="77777777" w:rsidR="00407282" w:rsidRPr="00CD3572" w:rsidRDefault="00407282" w:rsidP="00407282">
            <w:pPr>
              <w:pStyle w:val="ListParagraph"/>
              <w:numPr>
                <w:ilvl w:val="0"/>
                <w:numId w:val="27"/>
              </w:numPr>
              <w:jc w:val="both"/>
              <w:rPr>
                <w:rFonts w:ascii="Segoe UI" w:hAnsi="Segoe UI" w:cs="Segoe UI"/>
                <w:spacing w:val="-1"/>
              </w:rPr>
            </w:pPr>
            <w:r w:rsidRPr="00CD3572">
              <w:rPr>
                <w:rFonts w:ascii="Segoe UI" w:hAnsi="Segoe UI" w:cs="Segoe UI"/>
                <w:spacing w:val="-1"/>
              </w:rPr>
              <w:t>Commitment to data protection and safeguarding rules</w:t>
            </w:r>
          </w:p>
          <w:p w14:paraId="45DCBC6B" w14:textId="77777777" w:rsidR="00407282" w:rsidRPr="00CD3572" w:rsidRDefault="00407282" w:rsidP="00407282">
            <w:pPr>
              <w:pStyle w:val="ListParagraph"/>
              <w:numPr>
                <w:ilvl w:val="0"/>
                <w:numId w:val="27"/>
              </w:numPr>
              <w:jc w:val="both"/>
              <w:rPr>
                <w:rFonts w:ascii="Segoe UI" w:hAnsi="Segoe UI" w:cs="Segoe UI"/>
                <w:spacing w:val="-1"/>
              </w:rPr>
            </w:pPr>
            <w:r w:rsidRPr="00CD3572">
              <w:rPr>
                <w:rFonts w:ascii="Segoe UI" w:hAnsi="Segoe UI" w:cs="Segoe UI"/>
                <w:spacing w:val="-1"/>
              </w:rPr>
              <w:t>Demonstrates initiative – takes prompt action to achieve objectives</w:t>
            </w:r>
          </w:p>
          <w:p w14:paraId="4035311C" w14:textId="77777777" w:rsidR="00407282" w:rsidRPr="00CD3572" w:rsidRDefault="00407282" w:rsidP="00407282">
            <w:pPr>
              <w:pStyle w:val="ListParagraph"/>
              <w:numPr>
                <w:ilvl w:val="0"/>
                <w:numId w:val="27"/>
              </w:numPr>
              <w:jc w:val="both"/>
              <w:rPr>
                <w:rFonts w:ascii="Segoe UI" w:hAnsi="Segoe UI" w:cs="Segoe UI"/>
                <w:spacing w:val="-1"/>
              </w:rPr>
            </w:pPr>
            <w:r w:rsidRPr="00CD3572">
              <w:rPr>
                <w:rFonts w:ascii="Segoe UI" w:hAnsi="Segoe UI" w:cs="Segoe UI"/>
                <w:spacing w:val="-1"/>
              </w:rPr>
              <w:t xml:space="preserve">Exceptional knowledge of Excel. </w:t>
            </w:r>
          </w:p>
          <w:p w14:paraId="53A9C9A6" w14:textId="77777777" w:rsidR="00407282" w:rsidRPr="00CD3572" w:rsidRDefault="00407282" w:rsidP="00407282">
            <w:pPr>
              <w:pStyle w:val="ListParagraph"/>
              <w:numPr>
                <w:ilvl w:val="0"/>
                <w:numId w:val="29"/>
              </w:numPr>
              <w:jc w:val="both"/>
              <w:rPr>
                <w:rFonts w:ascii="Segoe UI" w:hAnsi="Segoe UI" w:cs="Segoe UI"/>
                <w:spacing w:val="-1"/>
              </w:rPr>
            </w:pPr>
            <w:r w:rsidRPr="00CD3572">
              <w:rPr>
                <w:rFonts w:ascii="Segoe UI" w:hAnsi="Segoe UI" w:cs="Segoe UI"/>
                <w:spacing w:val="-1"/>
              </w:rPr>
              <w:t xml:space="preserve">Reliable, </w:t>
            </w:r>
            <w:proofErr w:type="spellStart"/>
            <w:r w:rsidRPr="00CD3572">
              <w:rPr>
                <w:rFonts w:ascii="Segoe UI" w:hAnsi="Segoe UI" w:cs="Segoe UI"/>
                <w:spacing w:val="-1"/>
              </w:rPr>
              <w:t>organised</w:t>
            </w:r>
            <w:proofErr w:type="spellEnd"/>
            <w:r w:rsidRPr="00CD3572">
              <w:rPr>
                <w:rFonts w:ascii="Segoe UI" w:hAnsi="Segoe UI" w:cs="Segoe UI"/>
                <w:spacing w:val="-1"/>
              </w:rPr>
              <w:t xml:space="preserve"> able to work effectively and innovatively.</w:t>
            </w:r>
          </w:p>
          <w:p w14:paraId="33A9D446" w14:textId="77777777" w:rsidR="00407282" w:rsidRPr="00CD3572" w:rsidRDefault="00407282" w:rsidP="00407282">
            <w:pPr>
              <w:pStyle w:val="ListParagraph"/>
              <w:numPr>
                <w:ilvl w:val="0"/>
                <w:numId w:val="29"/>
              </w:numPr>
              <w:jc w:val="both"/>
              <w:rPr>
                <w:rFonts w:ascii="Segoe UI" w:hAnsi="Segoe UI" w:cs="Segoe UI"/>
                <w:spacing w:val="-1"/>
              </w:rPr>
            </w:pPr>
            <w:r w:rsidRPr="00CD3572">
              <w:rPr>
                <w:rFonts w:ascii="Segoe UI" w:hAnsi="Segoe UI" w:cs="Segoe UI"/>
                <w:spacing w:val="-1"/>
              </w:rPr>
              <w:t xml:space="preserve">Flexible and open to change for continuous improvement. </w:t>
            </w:r>
          </w:p>
          <w:p w14:paraId="15415BA5" w14:textId="77777777" w:rsidR="00407282" w:rsidRPr="00CD3572" w:rsidRDefault="00407282" w:rsidP="00407282">
            <w:pPr>
              <w:pStyle w:val="ListParagraph"/>
              <w:numPr>
                <w:ilvl w:val="0"/>
                <w:numId w:val="29"/>
              </w:numPr>
              <w:jc w:val="both"/>
              <w:rPr>
                <w:rFonts w:ascii="Segoe UI" w:hAnsi="Segoe UI" w:cs="Segoe UI"/>
                <w:spacing w:val="-1"/>
              </w:rPr>
            </w:pPr>
            <w:r w:rsidRPr="00CD3572">
              <w:rPr>
                <w:rFonts w:ascii="Segoe UI" w:hAnsi="Segoe UI" w:cs="Segoe UI"/>
                <w:spacing w:val="-1"/>
              </w:rPr>
              <w:t xml:space="preserve">Able to remain calm under pressure and manage conflicting demands. </w:t>
            </w:r>
          </w:p>
          <w:p w14:paraId="07659718" w14:textId="77777777" w:rsidR="00407282" w:rsidRPr="00CD3572" w:rsidRDefault="00407282" w:rsidP="00407282">
            <w:pPr>
              <w:pStyle w:val="ListParagraph"/>
              <w:numPr>
                <w:ilvl w:val="0"/>
                <w:numId w:val="29"/>
              </w:numPr>
              <w:jc w:val="both"/>
              <w:rPr>
                <w:rFonts w:ascii="Segoe UI" w:hAnsi="Segoe UI" w:cs="Segoe UI"/>
                <w:spacing w:val="-1"/>
              </w:rPr>
            </w:pPr>
            <w:r w:rsidRPr="00CD3572">
              <w:rPr>
                <w:rFonts w:ascii="Segoe UI" w:hAnsi="Segoe UI" w:cs="Segoe UI"/>
                <w:spacing w:val="-1"/>
              </w:rPr>
              <w:t xml:space="preserve">To be an excellent team player who effectively contributes to raising attainment and achievement within the Academy. </w:t>
            </w:r>
          </w:p>
          <w:p w14:paraId="5F623880" w14:textId="77777777" w:rsidR="00407282" w:rsidRPr="00CD3572" w:rsidRDefault="00407282" w:rsidP="00407282">
            <w:pPr>
              <w:pStyle w:val="ListParagraph"/>
              <w:numPr>
                <w:ilvl w:val="0"/>
                <w:numId w:val="29"/>
              </w:numPr>
              <w:jc w:val="both"/>
              <w:rPr>
                <w:rFonts w:ascii="Segoe UI" w:hAnsi="Segoe UI" w:cs="Segoe UI"/>
                <w:spacing w:val="-1"/>
              </w:rPr>
            </w:pPr>
            <w:r w:rsidRPr="00CD3572">
              <w:rPr>
                <w:rFonts w:ascii="Segoe UI" w:hAnsi="Segoe UI" w:cs="Segoe UI"/>
                <w:spacing w:val="-1"/>
              </w:rPr>
              <w:t xml:space="preserve">Able to support, influence and motivate others. </w:t>
            </w:r>
          </w:p>
          <w:p w14:paraId="561E7CF6"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Ability to interpret or </w:t>
            </w:r>
            <w:proofErr w:type="spellStart"/>
            <w:r w:rsidRPr="00CD3572">
              <w:rPr>
                <w:rFonts w:ascii="Segoe UI" w:hAnsi="Segoe UI" w:cs="Segoe UI"/>
                <w:spacing w:val="-1"/>
              </w:rPr>
              <w:t>analyse</w:t>
            </w:r>
            <w:proofErr w:type="spellEnd"/>
            <w:r w:rsidRPr="00CD3572">
              <w:rPr>
                <w:rFonts w:ascii="Segoe UI" w:hAnsi="Segoe UI" w:cs="Segoe UI"/>
                <w:spacing w:val="-1"/>
              </w:rPr>
              <w:t xml:space="preserve"> data and information in order to make decisions or recommendations. </w:t>
            </w:r>
          </w:p>
          <w:p w14:paraId="6AACC9DF"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ICT literate with a desire and ability to develop new skills. </w:t>
            </w:r>
          </w:p>
          <w:p w14:paraId="01C96E6B"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Excellent numerical and analytical skills. </w:t>
            </w:r>
          </w:p>
          <w:p w14:paraId="279DC2C2"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Excellent oral and written communication skills. </w:t>
            </w:r>
          </w:p>
          <w:p w14:paraId="6A4555AE"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Demonstrable ability to produce a good standard of written work, </w:t>
            </w:r>
            <w:proofErr w:type="gramStart"/>
            <w:r w:rsidRPr="00CD3572">
              <w:rPr>
                <w:rFonts w:ascii="Segoe UI" w:hAnsi="Segoe UI" w:cs="Segoe UI"/>
                <w:spacing w:val="-1"/>
              </w:rPr>
              <w:t>e.g.</w:t>
            </w:r>
            <w:proofErr w:type="gramEnd"/>
            <w:r w:rsidRPr="00CD3572">
              <w:rPr>
                <w:rFonts w:ascii="Segoe UI" w:hAnsi="Segoe UI" w:cs="Segoe UI"/>
                <w:spacing w:val="-1"/>
              </w:rPr>
              <w:t xml:space="preserve"> response to correspondence and reports. </w:t>
            </w:r>
          </w:p>
          <w:p w14:paraId="00F4F6D1"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High standard of presentation. </w:t>
            </w:r>
          </w:p>
          <w:p w14:paraId="50AD540A"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lastRenderedPageBreak/>
              <w:t xml:space="preserve">Ability to exchange varied information with a range of audiences. </w:t>
            </w:r>
          </w:p>
          <w:p w14:paraId="247DF29B"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Ability to use initiative to respond to unexpected problems</w:t>
            </w:r>
            <w:r>
              <w:rPr>
                <w:rFonts w:ascii="Segoe UI" w:hAnsi="Segoe UI" w:cs="Segoe UI"/>
                <w:spacing w:val="-1"/>
              </w:rPr>
              <w:t xml:space="preserve"> </w:t>
            </w:r>
            <w:r w:rsidRPr="00CD3572">
              <w:rPr>
                <w:rFonts w:ascii="Segoe UI" w:hAnsi="Segoe UI" w:cs="Segoe UI"/>
                <w:spacing w:val="-1"/>
              </w:rPr>
              <w:t xml:space="preserve">using </w:t>
            </w:r>
            <w:proofErr w:type="spellStart"/>
            <w:r w:rsidRPr="00CD3572">
              <w:rPr>
                <w:rFonts w:ascii="Segoe UI" w:hAnsi="Segoe UI" w:cs="Segoe UI"/>
                <w:spacing w:val="-1"/>
              </w:rPr>
              <w:t>recognised</w:t>
            </w:r>
            <w:proofErr w:type="spellEnd"/>
            <w:r w:rsidRPr="00CD3572">
              <w:rPr>
                <w:rFonts w:ascii="Segoe UI" w:hAnsi="Segoe UI" w:cs="Segoe UI"/>
                <w:spacing w:val="-1"/>
              </w:rPr>
              <w:t xml:space="preserve"> procedures and policies as a guide. </w:t>
            </w:r>
          </w:p>
          <w:p w14:paraId="0ED0E3A0"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Good decision maker and negotiator.</w:t>
            </w:r>
          </w:p>
          <w:p w14:paraId="7EB93741"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Ability to develop systems and practices which are accurate and efficient.</w:t>
            </w:r>
          </w:p>
          <w:p w14:paraId="2289B96B" w14:textId="77777777" w:rsidR="00407282" w:rsidRPr="00CD3572" w:rsidRDefault="00407282" w:rsidP="00407282">
            <w:pPr>
              <w:pStyle w:val="ListParagraph"/>
              <w:numPr>
                <w:ilvl w:val="0"/>
                <w:numId w:val="28"/>
              </w:numPr>
              <w:jc w:val="both"/>
              <w:rPr>
                <w:rFonts w:ascii="Segoe UI" w:hAnsi="Segoe UI" w:cs="Segoe UI"/>
                <w:spacing w:val="-1"/>
              </w:rPr>
            </w:pPr>
            <w:r w:rsidRPr="00CD3572">
              <w:rPr>
                <w:rFonts w:ascii="Segoe UI" w:hAnsi="Segoe UI" w:cs="Segoe UI"/>
                <w:spacing w:val="-1"/>
              </w:rPr>
              <w:t xml:space="preserve">Able to interpret and </w:t>
            </w:r>
            <w:proofErr w:type="spellStart"/>
            <w:r w:rsidRPr="00CD3572">
              <w:rPr>
                <w:rFonts w:ascii="Segoe UI" w:hAnsi="Segoe UI" w:cs="Segoe UI"/>
                <w:spacing w:val="-1"/>
              </w:rPr>
              <w:t>analyse</w:t>
            </w:r>
            <w:proofErr w:type="spellEnd"/>
            <w:r w:rsidRPr="00CD3572">
              <w:rPr>
                <w:rFonts w:ascii="Segoe UI" w:hAnsi="Segoe UI" w:cs="Segoe UI"/>
                <w:spacing w:val="-1"/>
              </w:rPr>
              <w:t xml:space="preserve"> data from the Df</w:t>
            </w:r>
            <w:r>
              <w:rPr>
                <w:rFonts w:ascii="Segoe UI" w:hAnsi="Segoe UI" w:cs="Segoe UI"/>
                <w:spacing w:val="-1"/>
              </w:rPr>
              <w:t>E</w:t>
            </w:r>
            <w:r w:rsidRPr="00CD3572">
              <w:rPr>
                <w:rFonts w:ascii="Segoe UI" w:hAnsi="Segoe UI" w:cs="Segoe UI"/>
                <w:spacing w:val="-1"/>
              </w:rPr>
              <w:t xml:space="preserve"> </w:t>
            </w:r>
            <w:proofErr w:type="gramStart"/>
            <w:r w:rsidRPr="00CD3572">
              <w:rPr>
                <w:rFonts w:ascii="Segoe UI" w:hAnsi="Segoe UI" w:cs="Segoe UI"/>
                <w:spacing w:val="-1"/>
              </w:rPr>
              <w:t>e.g.</w:t>
            </w:r>
            <w:proofErr w:type="gramEnd"/>
            <w:r w:rsidRPr="00CD3572">
              <w:rPr>
                <w:rFonts w:ascii="Segoe UI" w:hAnsi="Segoe UI" w:cs="Segoe UI"/>
                <w:spacing w:val="-1"/>
              </w:rPr>
              <w:t xml:space="preserve"> IDSR</w:t>
            </w:r>
          </w:p>
          <w:p w14:paraId="624844E4" w14:textId="77777777" w:rsidR="00B24BF1" w:rsidRDefault="00B24BF1" w:rsidP="00407282">
            <w:pPr>
              <w:pStyle w:val="ListParagraph"/>
              <w:numPr>
                <w:ilvl w:val="0"/>
                <w:numId w:val="10"/>
              </w:numPr>
              <w:jc w:val="both"/>
            </w:pPr>
          </w:p>
        </w:tc>
      </w:tr>
      <w:tr w:rsidR="00B24BF1" w14:paraId="53450684" w14:textId="77777777" w:rsidTr="009E7612">
        <w:tc>
          <w:tcPr>
            <w:tcW w:w="3545" w:type="dxa"/>
          </w:tcPr>
          <w:p w14:paraId="3ABAFC24" w14:textId="7E8A0FD9" w:rsidR="00B24BF1" w:rsidRPr="006C4779" w:rsidRDefault="00B24BF1" w:rsidP="00B24BF1">
            <w:pPr>
              <w:rPr>
                <w:color w:val="016178"/>
              </w:rPr>
            </w:pPr>
            <w:r w:rsidRPr="006C4779">
              <w:rPr>
                <w:rFonts w:ascii="Segoe UI" w:hAnsi="Segoe UI" w:cs="Segoe UI"/>
                <w:b/>
                <w:color w:val="016178"/>
              </w:rPr>
              <w:lastRenderedPageBreak/>
              <w:t>Interpersonal Skills</w:t>
            </w:r>
          </w:p>
        </w:tc>
        <w:tc>
          <w:tcPr>
            <w:tcW w:w="5811" w:type="dxa"/>
          </w:tcPr>
          <w:p w14:paraId="47EFCB02" w14:textId="77777777" w:rsidR="00B24BF1" w:rsidRPr="006C4779" w:rsidRDefault="00B24BF1" w:rsidP="00B24BF1">
            <w:pPr>
              <w:jc w:val="both"/>
              <w:rPr>
                <w:rFonts w:ascii="Segoe UI" w:hAnsi="Segoe UI" w:cs="Segoe UI"/>
                <w:b/>
                <w:color w:val="016178"/>
              </w:rPr>
            </w:pPr>
            <w:r w:rsidRPr="006C4779">
              <w:rPr>
                <w:rFonts w:ascii="Segoe UI" w:hAnsi="Segoe UI" w:cs="Segoe UI"/>
                <w:b/>
                <w:color w:val="016178"/>
              </w:rPr>
              <w:t>Essential</w:t>
            </w:r>
          </w:p>
          <w:p w14:paraId="3267CD8A" w14:textId="6315A2DA" w:rsidR="00B24BF1" w:rsidRPr="00407282" w:rsidRDefault="00B24BF1" w:rsidP="00407282">
            <w:pPr>
              <w:numPr>
                <w:ilvl w:val="0"/>
                <w:numId w:val="10"/>
              </w:numPr>
              <w:jc w:val="both"/>
              <w:rPr>
                <w:rFonts w:ascii="Segoe UI" w:hAnsi="Segoe UI" w:cs="Segoe UI"/>
              </w:rPr>
            </w:pPr>
            <w:r w:rsidRPr="00E34FDD">
              <w:rPr>
                <w:rFonts w:ascii="Segoe UI" w:hAnsi="Segoe UI" w:cs="Segoe UI"/>
              </w:rPr>
              <w:t>A commitment to safeguarding and promoting welfare for all.</w:t>
            </w:r>
          </w:p>
        </w:tc>
      </w:tr>
    </w:tbl>
    <w:p w14:paraId="51444CE1" w14:textId="77777777" w:rsidR="00B24BF1" w:rsidRPr="00B24BF1" w:rsidRDefault="00B24BF1" w:rsidP="00B24BF1"/>
    <w:sectPr w:rsidR="00B24BF1" w:rsidRPr="00B24BF1" w:rsidSect="007C3440">
      <w:headerReference w:type="default" r:id="rId9"/>
      <w:pgSz w:w="12240" w:h="15840"/>
      <w:pgMar w:top="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C69B" w14:textId="77777777" w:rsidR="006C4779" w:rsidRDefault="006C4779" w:rsidP="006C4779">
      <w:pPr>
        <w:spacing w:after="0" w:line="240" w:lineRule="auto"/>
      </w:pPr>
      <w:r>
        <w:separator/>
      </w:r>
    </w:p>
  </w:endnote>
  <w:endnote w:type="continuationSeparator" w:id="0">
    <w:p w14:paraId="25DACAA8" w14:textId="77777777" w:rsidR="006C4779" w:rsidRDefault="006C4779" w:rsidP="006C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15FC5" w14:textId="77777777" w:rsidR="006C4779" w:rsidRDefault="006C4779" w:rsidP="006C4779">
      <w:pPr>
        <w:spacing w:after="0" w:line="240" w:lineRule="auto"/>
      </w:pPr>
      <w:r>
        <w:separator/>
      </w:r>
    </w:p>
  </w:footnote>
  <w:footnote w:type="continuationSeparator" w:id="0">
    <w:p w14:paraId="75133BC2" w14:textId="77777777" w:rsidR="006C4779" w:rsidRDefault="006C4779" w:rsidP="006C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FB18" w14:textId="585B9A2C" w:rsidR="006C4779" w:rsidRDefault="006C4779">
    <w:pPr>
      <w:pStyle w:val="Header"/>
    </w:pPr>
    <w:r w:rsidRPr="006C4779">
      <w:rPr>
        <w:noProof/>
      </w:rPr>
      <w:drawing>
        <wp:anchor distT="0" distB="0" distL="114300" distR="114300" simplePos="0" relativeHeight="251659264" behindDoc="0" locked="0" layoutInCell="1" allowOverlap="1" wp14:anchorId="703288ED" wp14:editId="6E7D30B3">
          <wp:simplePos x="0" y="0"/>
          <wp:positionH relativeFrom="margin">
            <wp:posOffset>5353050</wp:posOffset>
          </wp:positionH>
          <wp:positionV relativeFrom="margin">
            <wp:posOffset>-411480</wp:posOffset>
          </wp:positionV>
          <wp:extent cx="990600" cy="5143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990600" cy="514350"/>
                  </a:xfrm>
                  <a:prstGeom prst="rect">
                    <a:avLst/>
                  </a:prstGeom>
                </pic:spPr>
              </pic:pic>
            </a:graphicData>
          </a:graphic>
        </wp:anchor>
      </w:drawing>
    </w:r>
    <w:r w:rsidRPr="006C4779">
      <w:rPr>
        <w:noProof/>
      </w:rPr>
      <w:drawing>
        <wp:anchor distT="0" distB="0" distL="114300" distR="114300" simplePos="0" relativeHeight="251660288" behindDoc="0" locked="0" layoutInCell="1" allowOverlap="1" wp14:anchorId="0C73A296" wp14:editId="20F19210">
          <wp:simplePos x="0" y="0"/>
          <wp:positionH relativeFrom="margin">
            <wp:posOffset>-942975</wp:posOffset>
          </wp:positionH>
          <wp:positionV relativeFrom="margin">
            <wp:posOffset>-401955</wp:posOffset>
          </wp:positionV>
          <wp:extent cx="2047875" cy="72390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204787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308EF"/>
    <w:multiLevelType w:val="hybridMultilevel"/>
    <w:tmpl w:val="799C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D631D4"/>
    <w:multiLevelType w:val="hybridMultilevel"/>
    <w:tmpl w:val="C3646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604E3"/>
    <w:multiLevelType w:val="hybridMultilevel"/>
    <w:tmpl w:val="417A3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514238"/>
    <w:multiLevelType w:val="hybridMultilevel"/>
    <w:tmpl w:val="1842DE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7C017C"/>
    <w:multiLevelType w:val="hybridMultilevel"/>
    <w:tmpl w:val="0484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85605"/>
    <w:multiLevelType w:val="hybridMultilevel"/>
    <w:tmpl w:val="AC16583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2F8C4AFF"/>
    <w:multiLevelType w:val="hybridMultilevel"/>
    <w:tmpl w:val="1868A6CE"/>
    <w:lvl w:ilvl="0" w:tplc="D4BCC034">
      <w:numFmt w:val="bullet"/>
      <w:lvlText w:val="-"/>
      <w:lvlJc w:val="left"/>
      <w:pPr>
        <w:ind w:left="1080" w:hanging="360"/>
      </w:pPr>
      <w:rPr>
        <w:rFonts w:ascii="Segoe UI" w:eastAsia="Times New Roman"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9B723A"/>
    <w:multiLevelType w:val="hybridMultilevel"/>
    <w:tmpl w:val="B31A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77E8A"/>
    <w:multiLevelType w:val="hybridMultilevel"/>
    <w:tmpl w:val="A4EC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4A275F"/>
    <w:multiLevelType w:val="hybridMultilevel"/>
    <w:tmpl w:val="49C2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5080F"/>
    <w:multiLevelType w:val="hybridMultilevel"/>
    <w:tmpl w:val="AE54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90888"/>
    <w:multiLevelType w:val="hybridMultilevel"/>
    <w:tmpl w:val="F1529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D20D90"/>
    <w:multiLevelType w:val="hybridMultilevel"/>
    <w:tmpl w:val="0E007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CD7D5F"/>
    <w:multiLevelType w:val="hybridMultilevel"/>
    <w:tmpl w:val="0CD4A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315B5"/>
    <w:multiLevelType w:val="hybridMultilevel"/>
    <w:tmpl w:val="93D01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A1F9C"/>
    <w:multiLevelType w:val="hybridMultilevel"/>
    <w:tmpl w:val="C352C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4AEF"/>
    <w:multiLevelType w:val="hybridMultilevel"/>
    <w:tmpl w:val="026685B2"/>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5D474150"/>
    <w:multiLevelType w:val="hybridMultilevel"/>
    <w:tmpl w:val="9EEE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0F2A1D"/>
    <w:multiLevelType w:val="hybridMultilevel"/>
    <w:tmpl w:val="84CAA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65477E"/>
    <w:multiLevelType w:val="hybridMultilevel"/>
    <w:tmpl w:val="C74E8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7"/>
  </w:num>
  <w:num w:numId="12">
    <w:abstractNumId w:val="22"/>
  </w:num>
  <w:num w:numId="13">
    <w:abstractNumId w:val="19"/>
  </w:num>
  <w:num w:numId="14">
    <w:abstractNumId w:val="28"/>
  </w:num>
  <w:num w:numId="15">
    <w:abstractNumId w:val="20"/>
  </w:num>
  <w:num w:numId="16">
    <w:abstractNumId w:val="21"/>
  </w:num>
  <w:num w:numId="17">
    <w:abstractNumId w:val="16"/>
  </w:num>
  <w:num w:numId="18">
    <w:abstractNumId w:val="26"/>
  </w:num>
  <w:num w:numId="19">
    <w:abstractNumId w:val="13"/>
  </w:num>
  <w:num w:numId="20">
    <w:abstractNumId w:val="11"/>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8"/>
  </w:num>
  <w:num w:numId="24">
    <w:abstractNumId w:val="15"/>
  </w:num>
  <w:num w:numId="25">
    <w:abstractNumId w:val="10"/>
  </w:num>
  <w:num w:numId="26">
    <w:abstractNumId w:val="14"/>
  </w:num>
  <w:num w:numId="27">
    <w:abstractNumId w:val="9"/>
  </w:num>
  <w:num w:numId="28">
    <w:abstractNumId w:val="27"/>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2610"/>
    <w:rsid w:val="0029639D"/>
    <w:rsid w:val="002D0DF0"/>
    <w:rsid w:val="00326F90"/>
    <w:rsid w:val="00407282"/>
    <w:rsid w:val="00435B1B"/>
    <w:rsid w:val="006C4779"/>
    <w:rsid w:val="007C3440"/>
    <w:rsid w:val="008D586C"/>
    <w:rsid w:val="0092397A"/>
    <w:rsid w:val="009A1666"/>
    <w:rsid w:val="009E7612"/>
    <w:rsid w:val="00A052C8"/>
    <w:rsid w:val="00A1586B"/>
    <w:rsid w:val="00AA1D8D"/>
    <w:rsid w:val="00B24BF1"/>
    <w:rsid w:val="00B47730"/>
    <w:rsid w:val="00C86BF4"/>
    <w:rsid w:val="00CB0664"/>
    <w:rsid w:val="00CE5B8F"/>
    <w:rsid w:val="00DF13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FC23B"/>
  <w14:defaultImageDpi w14:val="300"/>
  <w15:docId w15:val="{AAF9E2D9-AB8A-485C-8ECF-88267EB1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07282"/>
    <w:pPr>
      <w:spacing w:after="0" w:line="240" w:lineRule="auto"/>
    </w:pPr>
    <w:rPr>
      <w:rFonts w:ascii="Times New Roman" w:eastAsiaTheme="minorHAnsi"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Kate Boughey</cp:lastModifiedBy>
  <cp:revision>3</cp:revision>
  <cp:lastPrinted>2026-01-08T14:17:00Z</cp:lastPrinted>
  <dcterms:created xsi:type="dcterms:W3CDTF">2026-08-17T09:31:00Z</dcterms:created>
  <dcterms:modified xsi:type="dcterms:W3CDTF">2026-08-17T10:18:00Z</dcterms:modified>
  <cp:category/>
</cp:coreProperties>
</file>