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47FDF" w14:textId="49A5EB00" w:rsidR="00277200" w:rsidRDefault="00277200">
      <w:pPr>
        <w:rPr>
          <w:rFonts w:ascii="Arial" w:hAnsi="Arial" w:cs="Arial"/>
          <w:b/>
          <w:color w:val="FFFFFF" w:themeColor="background1"/>
        </w:rPr>
      </w:pPr>
      <w:r>
        <w:rPr>
          <w:rFonts w:ascii="Arial" w:hAnsi="Arial" w:cs="Arial"/>
          <w:b/>
          <w:noProof/>
          <w:color w:val="FFFFFF" w:themeColor="background1"/>
        </w:rPr>
        <w:drawing>
          <wp:inline distT="0" distB="0" distL="0" distR="0" wp14:anchorId="3EB4118F" wp14:editId="7E6A28A3">
            <wp:extent cx="6458585" cy="9124950"/>
            <wp:effectExtent l="0" t="0" r="0" b="0"/>
            <wp:docPr id="821528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A3E44" w14:textId="26B49FB3" w:rsidR="0020089A" w:rsidRDefault="004A754E">
      <w:pPr>
        <w:jc w:val="center"/>
        <w:rPr>
          <w:rFonts w:ascii="Arial" w:hAnsi="Arial" w:cs="Arial"/>
          <w:b/>
          <w:color w:val="121F3F"/>
          <w:sz w:val="28"/>
          <w:u w:val="single"/>
        </w:rPr>
      </w:pPr>
      <w:r>
        <w:rPr>
          <w:rFonts w:ascii="Arial" w:hAnsi="Arial" w:cs="Arial"/>
          <w:b/>
          <w:color w:val="121F3F"/>
          <w:sz w:val="28"/>
          <w:u w:val="single"/>
        </w:rPr>
        <w:lastRenderedPageBreak/>
        <w:t>ICT Technician Apprentice</w:t>
      </w:r>
    </w:p>
    <w:p w14:paraId="42B38FA5" w14:textId="77777777" w:rsidR="0020089A" w:rsidRDefault="0020089A">
      <w:pPr>
        <w:jc w:val="center"/>
        <w:rPr>
          <w:rFonts w:ascii="Arial" w:hAnsi="Arial" w:cs="Arial"/>
          <w:b/>
          <w:color w:val="121F3F"/>
          <w:sz w:val="28"/>
          <w:u w:val="single"/>
        </w:rPr>
      </w:pPr>
    </w:p>
    <w:p w14:paraId="7D9A77B7" w14:textId="77777777" w:rsidR="0020089A" w:rsidRDefault="00E606D1">
      <w:pPr>
        <w:jc w:val="center"/>
        <w:rPr>
          <w:rFonts w:ascii="Arial" w:hAnsi="Arial" w:cs="Arial"/>
          <w:b/>
          <w:color w:val="121F3F"/>
          <w:u w:val="single"/>
        </w:rPr>
      </w:pPr>
      <w:r>
        <w:rPr>
          <w:rFonts w:ascii="Arial" w:hAnsi="Arial" w:cs="Arial"/>
          <w:b/>
          <w:color w:val="121F3F"/>
          <w:u w:val="single"/>
        </w:rPr>
        <w:t>JOB DESCRIPTION</w:t>
      </w:r>
    </w:p>
    <w:p w14:paraId="29EFB253" w14:textId="77777777" w:rsidR="0020089A" w:rsidRDefault="00E606D1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u w:val="single"/>
          <w:lang w:val="en-GB"/>
        </w:rPr>
        <w:t>Trust School</w:t>
      </w:r>
      <w:r>
        <w:rPr>
          <w:rFonts w:ascii="Arial" w:hAnsi="Arial" w:cs="Arial"/>
          <w:b/>
          <w:lang w:val="en-GB"/>
        </w:rPr>
        <w:t>:</w:t>
      </w:r>
      <w:r>
        <w:rPr>
          <w:rFonts w:ascii="Arial" w:hAnsi="Arial" w:cs="Arial"/>
          <w:b/>
          <w:lang w:val="en-GB"/>
        </w:rPr>
        <w:tab/>
        <w:t xml:space="preserve"> </w:t>
      </w:r>
      <w:r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lang w:val="en-GB"/>
        </w:rPr>
        <w:t>Salendine Nook High School</w:t>
      </w:r>
    </w:p>
    <w:p w14:paraId="6B98E3F4" w14:textId="2A5549B9" w:rsidR="0020089A" w:rsidRDefault="004A754E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u w:val="single"/>
          <w:lang w:val="en-GB"/>
        </w:rPr>
        <w:t>Pay: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 xml:space="preserve">National Apprenticeship wage £15600 – </w:t>
      </w:r>
      <w:r w:rsidR="002B0C8B">
        <w:rPr>
          <w:rFonts w:ascii="Arial" w:hAnsi="Arial" w:cs="Arial"/>
          <w:lang w:val="en-GB"/>
        </w:rPr>
        <w:t>£</w:t>
      </w:r>
      <w:r>
        <w:rPr>
          <w:rFonts w:ascii="Arial" w:hAnsi="Arial" w:cs="Arial"/>
          <w:lang w:val="en-GB"/>
        </w:rPr>
        <w:t xml:space="preserve">24784.50 dependant on age </w:t>
      </w:r>
    </w:p>
    <w:p w14:paraId="636E049F" w14:textId="6C6BF5C5" w:rsidR="0020089A" w:rsidRDefault="00E606D1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u w:val="single"/>
          <w:lang w:val="en-GB"/>
        </w:rPr>
        <w:t>Hours: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4A754E">
        <w:rPr>
          <w:rFonts w:ascii="Arial" w:hAnsi="Arial" w:cs="Arial"/>
          <w:lang w:val="en-GB"/>
        </w:rPr>
        <w:t>5</w:t>
      </w:r>
      <w:r>
        <w:rPr>
          <w:rFonts w:ascii="Arial" w:hAnsi="Arial" w:cs="Arial"/>
          <w:lang w:val="en-GB"/>
        </w:rPr>
        <w:t xml:space="preserve"> days per week 8am – 4pm </w:t>
      </w:r>
      <w:r>
        <w:rPr>
          <w:rFonts w:ascii="Arial" w:hAnsi="Arial" w:cs="Arial"/>
          <w:u w:val="single"/>
          <w:lang w:val="en-GB"/>
        </w:rPr>
        <w:t>(52 weeks)</w:t>
      </w:r>
    </w:p>
    <w:p w14:paraId="0EB420B4" w14:textId="1B7F0464" w:rsidR="0020089A" w:rsidRDefault="00E606D1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u w:val="single"/>
          <w:lang w:val="en-GB"/>
        </w:rPr>
        <w:t>Contract type:</w:t>
      </w:r>
      <w:r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ab/>
      </w:r>
      <w:r w:rsidR="004A754E">
        <w:rPr>
          <w:rFonts w:ascii="Arial" w:hAnsi="Arial" w:cs="Arial"/>
          <w:lang w:val="en-GB"/>
        </w:rPr>
        <w:t>Apprenticeship</w:t>
      </w:r>
    </w:p>
    <w:p w14:paraId="2F57642C" w14:textId="2F52343B" w:rsidR="0020089A" w:rsidRDefault="00E606D1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u w:val="single"/>
          <w:lang w:val="en-GB"/>
        </w:rPr>
        <w:t>Reporting to</w:t>
      </w:r>
      <w:r>
        <w:rPr>
          <w:rFonts w:ascii="Arial" w:hAnsi="Arial" w:cs="Arial"/>
          <w:lang w:val="en-GB"/>
        </w:rPr>
        <w:t>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 w:rsidR="004A754E">
        <w:rPr>
          <w:rFonts w:ascii="Arial" w:hAnsi="Arial" w:cs="Arial"/>
          <w:lang w:val="en-GB"/>
        </w:rPr>
        <w:t>IT Manager</w:t>
      </w:r>
    </w:p>
    <w:p w14:paraId="46AAAA1A" w14:textId="77777777" w:rsidR="0020089A" w:rsidRDefault="00E606D1">
      <w:pPr>
        <w:rPr>
          <w:rFonts w:ascii="Arial" w:hAnsi="Arial" w:cs="Arial"/>
          <w:lang w:val="en-GB"/>
        </w:rPr>
      </w:pPr>
      <w:r>
        <w:rPr>
          <w:rFonts w:ascii="Arial" w:hAnsi="Arial" w:cs="Arial"/>
          <w:b/>
          <w:u w:val="single"/>
          <w:lang w:val="en-GB"/>
        </w:rPr>
        <w:t>Responsible fo</w:t>
      </w:r>
      <w:r>
        <w:rPr>
          <w:rFonts w:ascii="Arial" w:hAnsi="Arial" w:cs="Arial"/>
          <w:lang w:val="en-GB"/>
        </w:rPr>
        <w:t>r:</w:t>
      </w:r>
      <w:r>
        <w:rPr>
          <w:rFonts w:ascii="Arial" w:hAnsi="Arial" w:cs="Arial"/>
          <w:lang w:val="en-GB"/>
        </w:rPr>
        <w:tab/>
        <w:t>None</w:t>
      </w:r>
    </w:p>
    <w:p w14:paraId="1C4C712D" w14:textId="5C6CF147" w:rsidR="0020089A" w:rsidRDefault="00E606D1">
      <w:pPr>
        <w:ind w:left="2160" w:hanging="2160"/>
        <w:rPr>
          <w:rFonts w:ascii="Arial" w:hAnsi="Arial" w:cs="Arial"/>
        </w:rPr>
      </w:pPr>
      <w:r>
        <w:rPr>
          <w:rFonts w:ascii="Arial" w:hAnsi="Arial" w:cs="Arial"/>
          <w:b/>
          <w:u w:val="single"/>
          <w:lang w:val="en-GB"/>
        </w:rPr>
        <w:t>Job Purpose: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</w:rPr>
        <w:t xml:space="preserve">To </w:t>
      </w:r>
      <w:r w:rsidR="004A754E">
        <w:rPr>
          <w:rFonts w:ascii="Arial" w:hAnsi="Arial" w:cs="Arial"/>
        </w:rPr>
        <w:t xml:space="preserve">provide ICT technical support to all </w:t>
      </w:r>
      <w:r w:rsidR="00785DAE">
        <w:rPr>
          <w:rFonts w:ascii="Arial" w:hAnsi="Arial" w:cs="Arial"/>
        </w:rPr>
        <w:t>staff and students in their use of ICT resources throughout the school.</w:t>
      </w:r>
    </w:p>
    <w:p w14:paraId="68C4D0B4" w14:textId="0531E369" w:rsidR="00785DAE" w:rsidRDefault="00E606D1" w:rsidP="00785DAE">
      <w:pPr>
        <w:pStyle w:val="Heading1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Key Responsibilities</w:t>
      </w:r>
    </w:p>
    <w:p w14:paraId="1119338B" w14:textId="77777777" w:rsidR="00785DAE" w:rsidRPr="00785DAE" w:rsidRDefault="00785DAE" w:rsidP="00785DAE"/>
    <w:p w14:paraId="756154A7" w14:textId="48792E0F" w:rsidR="00785DAE" w:rsidRDefault="00785DAE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785DAE">
        <w:rPr>
          <w:rFonts w:ascii="Arial" w:hAnsi="Arial" w:cs="Arial"/>
        </w:rPr>
        <w:t xml:space="preserve">Provide </w:t>
      </w:r>
      <w:r>
        <w:rPr>
          <w:rFonts w:ascii="Arial" w:hAnsi="Arial" w:cs="Arial"/>
        </w:rPr>
        <w:t>first line helpdesk support to students, staff, contractors and visitors.</w:t>
      </w:r>
    </w:p>
    <w:p w14:paraId="48DC93F0" w14:textId="38CE06A9" w:rsidR="00332951" w:rsidRDefault="00332951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Communicate effectively to all users via phone, email and in person. </w:t>
      </w:r>
    </w:p>
    <w:p w14:paraId="5AEF97E0" w14:textId="7688217A" w:rsidR="00785DAE" w:rsidRDefault="00785DAE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Installing new software, hardware upgrades and replacing components as and when required.</w:t>
      </w:r>
    </w:p>
    <w:p w14:paraId="4070AB02" w14:textId="5F793D81" w:rsidR="00785DAE" w:rsidRDefault="00785DAE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Maintaining the upkeep of the ICT Asset Register.</w:t>
      </w:r>
    </w:p>
    <w:p w14:paraId="39EBCEC9" w14:textId="3050825A" w:rsidR="00785DAE" w:rsidRDefault="00785DAE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Monitoring and logging tickets on the ICT Support desk.</w:t>
      </w:r>
    </w:p>
    <w:p w14:paraId="373125C4" w14:textId="24FDBAD5" w:rsidR="00785DAE" w:rsidRDefault="00785DAE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Support staff setting up and preparing equipment around the school.</w:t>
      </w:r>
    </w:p>
    <w:p w14:paraId="419EA258" w14:textId="5D0CCFD4" w:rsidR="00785DAE" w:rsidRDefault="00785DAE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Setting up laptops, projectors, interactive displays and sound systems as and when required.</w:t>
      </w:r>
    </w:p>
    <w:p w14:paraId="0630F688" w14:textId="4725D455" w:rsidR="00785DAE" w:rsidRDefault="00785DAE" w:rsidP="0081313B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785DAE">
        <w:rPr>
          <w:rFonts w:ascii="Arial" w:hAnsi="Arial" w:cs="Arial"/>
        </w:rPr>
        <w:t>Provide basic maintenance and cleaning support for all computer and network equipment</w:t>
      </w:r>
      <w:r>
        <w:rPr>
          <w:rFonts w:ascii="Arial" w:hAnsi="Arial" w:cs="Arial"/>
        </w:rPr>
        <w:t>.</w:t>
      </w:r>
    </w:p>
    <w:p w14:paraId="4FF6CEDD" w14:textId="2746FB92" w:rsidR="00785DAE" w:rsidRDefault="00785DAE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Create User accounts and reset passwords as required.</w:t>
      </w:r>
    </w:p>
    <w:p w14:paraId="36098BDA" w14:textId="41A30034" w:rsidR="00785DAE" w:rsidRDefault="00785DAE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Setup and configure printers.</w:t>
      </w:r>
    </w:p>
    <w:p w14:paraId="63CFF686" w14:textId="685F8AFB" w:rsidR="00785DAE" w:rsidRDefault="00785DAE" w:rsidP="00785DA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Re-image PC and Laptops where necessary.</w:t>
      </w:r>
    </w:p>
    <w:p w14:paraId="4B926A75" w14:textId="2F091D34" w:rsidR="00785DAE" w:rsidRPr="00785DAE" w:rsidRDefault="00785DAE" w:rsidP="00785DAE">
      <w:pPr>
        <w:ind w:left="360"/>
        <w:rPr>
          <w:rFonts w:ascii="Arial" w:hAnsi="Arial" w:cs="Arial"/>
        </w:rPr>
      </w:pPr>
    </w:p>
    <w:p w14:paraId="7511B079" w14:textId="77777777" w:rsidR="00785DAE" w:rsidRDefault="00E606D1" w:rsidP="00785DAE">
      <w:pPr>
        <w:rPr>
          <w:rFonts w:ascii="Arial" w:hAnsi="Arial" w:cs="Arial"/>
          <w:b/>
          <w:bCs/>
        </w:rPr>
      </w:pPr>
      <w:r w:rsidRPr="00785DAE">
        <w:rPr>
          <w:rFonts w:ascii="Arial" w:hAnsi="Arial" w:cs="Arial"/>
          <w:b/>
          <w:bCs/>
        </w:rPr>
        <w:t>General Duties</w:t>
      </w:r>
    </w:p>
    <w:p w14:paraId="0DC2D61E" w14:textId="40D1F448" w:rsidR="0020089A" w:rsidRDefault="00E606D1" w:rsidP="00785DAE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785DAE">
        <w:rPr>
          <w:rFonts w:ascii="Arial" w:hAnsi="Arial" w:cs="Arial"/>
        </w:rPr>
        <w:t xml:space="preserve">Liaise with </w:t>
      </w:r>
      <w:r w:rsidR="00785DAE">
        <w:rPr>
          <w:rFonts w:ascii="Arial" w:hAnsi="Arial" w:cs="Arial"/>
        </w:rPr>
        <w:t>contractors</w:t>
      </w:r>
      <w:r w:rsidRPr="00785DAE">
        <w:rPr>
          <w:rFonts w:ascii="Arial" w:hAnsi="Arial" w:cs="Arial"/>
        </w:rPr>
        <w:t>, as necessary, and respond to internal/external queries.</w:t>
      </w:r>
    </w:p>
    <w:p w14:paraId="63F575F7" w14:textId="7C6C891A" w:rsidR="00785DAE" w:rsidRDefault="00785DAE" w:rsidP="00785DAE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Maintain security of ICT office and Server rooms.</w:t>
      </w:r>
    </w:p>
    <w:p w14:paraId="7FBF68CC" w14:textId="353F93F0" w:rsidR="00785DAE" w:rsidRDefault="00785DAE" w:rsidP="00785DAE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Contribute to ICT documentation and user guide/crib sheets as required.</w:t>
      </w:r>
    </w:p>
    <w:p w14:paraId="236E5860" w14:textId="77777777" w:rsidR="00785DAE" w:rsidRDefault="00785DAE" w:rsidP="00785DAE">
      <w:pPr>
        <w:pStyle w:val="ListBullet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Undertake general clerical duties and attend relevant training and meetings.</w:t>
      </w:r>
    </w:p>
    <w:p w14:paraId="76FE4DF7" w14:textId="77777777" w:rsidR="00785DAE" w:rsidRDefault="00785DAE" w:rsidP="00785DAE">
      <w:pPr>
        <w:pStyle w:val="ListBullet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Maintain confidentiality at all times.</w:t>
      </w:r>
    </w:p>
    <w:p w14:paraId="49A766BF" w14:textId="77777777" w:rsidR="0020089A" w:rsidRDefault="00E606D1">
      <w:pPr>
        <w:pStyle w:val="Heading1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Additional Information</w:t>
      </w:r>
    </w:p>
    <w:p w14:paraId="737B4CFB" w14:textId="77777777" w:rsidR="00785DAE" w:rsidRPr="00785DAE" w:rsidRDefault="00785DAE" w:rsidP="00785DAE"/>
    <w:p w14:paraId="361D7997" w14:textId="40A4FC3F" w:rsidR="0020089A" w:rsidRDefault="00E606D1">
      <w:pPr>
        <w:pStyle w:val="ListBulle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This post is subject to an enhanced DBS check as it is a regulated position.</w:t>
      </w:r>
    </w:p>
    <w:p w14:paraId="23CE6548" w14:textId="77777777" w:rsidR="0020089A" w:rsidRDefault="00E606D1">
      <w:pPr>
        <w:pStyle w:val="ListBullet"/>
        <w:rPr>
          <w:rFonts w:ascii="Arial" w:hAnsi="Arial" w:cs="Arial"/>
        </w:rPr>
      </w:pPr>
      <w:r>
        <w:rPr>
          <w:rFonts w:ascii="Arial" w:hAnsi="Arial" w:cs="Arial"/>
        </w:rPr>
        <w:t>The job description may be amended at the discretion of the Headteacher to meet the changing needs of the school.</w:t>
      </w:r>
    </w:p>
    <w:p w14:paraId="40104350" w14:textId="77777777" w:rsidR="0020089A" w:rsidRDefault="00E606D1">
      <w:pPr>
        <w:pStyle w:val="ListBullet"/>
        <w:rPr>
          <w:rFonts w:ascii="Arial" w:hAnsi="Arial" w:cs="Arial"/>
        </w:rPr>
      </w:pPr>
      <w:r>
        <w:rPr>
          <w:rFonts w:ascii="Arial" w:hAnsi="Arial" w:cs="Arial"/>
        </w:rPr>
        <w:t>Reasonable adjustments will be made to support disabled applicants or employees.</w:t>
      </w:r>
    </w:p>
    <w:p w14:paraId="4AF32AD4" w14:textId="77777777" w:rsidR="0020089A" w:rsidRDefault="0020089A">
      <w:pPr>
        <w:pStyle w:val="ListBullet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p w14:paraId="6DBEEDE4" w14:textId="77777777" w:rsidR="0020089A" w:rsidRDefault="0020089A">
      <w:pPr>
        <w:pStyle w:val="ListBullet"/>
        <w:numPr>
          <w:ilvl w:val="0"/>
          <w:numId w:val="0"/>
        </w:numPr>
      </w:pPr>
    </w:p>
    <w:sectPr w:rsidR="0020089A">
      <w:headerReference w:type="defaul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2F93B" w14:textId="77777777" w:rsidR="0030356C" w:rsidRDefault="0030356C">
      <w:pPr>
        <w:spacing w:after="0" w:line="240" w:lineRule="auto"/>
      </w:pPr>
      <w:r>
        <w:separator/>
      </w:r>
    </w:p>
  </w:endnote>
  <w:endnote w:type="continuationSeparator" w:id="0">
    <w:p w14:paraId="41B5EA9D" w14:textId="77777777" w:rsidR="0030356C" w:rsidRDefault="00303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D02B3" w14:textId="77777777" w:rsidR="0030356C" w:rsidRDefault="0030356C">
      <w:pPr>
        <w:spacing w:after="0" w:line="240" w:lineRule="auto"/>
      </w:pPr>
      <w:r>
        <w:separator/>
      </w:r>
    </w:p>
  </w:footnote>
  <w:footnote w:type="continuationSeparator" w:id="0">
    <w:p w14:paraId="49F7DBBA" w14:textId="77777777" w:rsidR="0030356C" w:rsidRDefault="00303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A7F3" w14:textId="77777777" w:rsidR="0020089A" w:rsidRDefault="0020089A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val="en-GB"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8658775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681A79"/>
    <w:multiLevelType w:val="hybridMultilevel"/>
    <w:tmpl w:val="B4247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948A1"/>
    <w:multiLevelType w:val="hybridMultilevel"/>
    <w:tmpl w:val="FADEC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420C5"/>
    <w:multiLevelType w:val="hybridMultilevel"/>
    <w:tmpl w:val="DA9A0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7905477">
    <w:abstractNumId w:val="8"/>
  </w:num>
  <w:num w:numId="2" w16cid:durableId="124088614">
    <w:abstractNumId w:val="6"/>
  </w:num>
  <w:num w:numId="3" w16cid:durableId="196547222">
    <w:abstractNumId w:val="5"/>
  </w:num>
  <w:num w:numId="4" w16cid:durableId="60444539">
    <w:abstractNumId w:val="4"/>
  </w:num>
  <w:num w:numId="5" w16cid:durableId="1358703165">
    <w:abstractNumId w:val="7"/>
  </w:num>
  <w:num w:numId="6" w16cid:durableId="337587105">
    <w:abstractNumId w:val="3"/>
  </w:num>
  <w:num w:numId="7" w16cid:durableId="1086153638">
    <w:abstractNumId w:val="2"/>
  </w:num>
  <w:num w:numId="8" w16cid:durableId="641614090">
    <w:abstractNumId w:val="1"/>
  </w:num>
  <w:num w:numId="9" w16cid:durableId="682898435">
    <w:abstractNumId w:val="0"/>
  </w:num>
  <w:num w:numId="10" w16cid:durableId="926646105">
    <w:abstractNumId w:val="9"/>
  </w:num>
  <w:num w:numId="11" w16cid:durableId="1160075831">
    <w:abstractNumId w:val="11"/>
  </w:num>
  <w:num w:numId="12" w16cid:durableId="21034538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89A"/>
    <w:rsid w:val="001F557D"/>
    <w:rsid w:val="0020089A"/>
    <w:rsid w:val="00277200"/>
    <w:rsid w:val="002B0C8B"/>
    <w:rsid w:val="0030356C"/>
    <w:rsid w:val="00332951"/>
    <w:rsid w:val="00363B3D"/>
    <w:rsid w:val="003F3AFB"/>
    <w:rsid w:val="004A754E"/>
    <w:rsid w:val="00761FA1"/>
    <w:rsid w:val="00785DAE"/>
    <w:rsid w:val="0095259C"/>
    <w:rsid w:val="00A110E8"/>
    <w:rsid w:val="00B515D1"/>
    <w:rsid w:val="00D15F18"/>
    <w:rsid w:val="00E606D1"/>
    <w:rsid w:val="00E83E21"/>
    <w:rsid w:val="00F4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0E22F2"/>
  <w14:defaultImageDpi w14:val="300"/>
  <w15:docId w15:val="{4712FCF6-9189-499E-BD5F-D19790C3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odyText2">
    <w:name w:val="Body Text 2"/>
    <w:basedOn w:val="Normal"/>
    <w:link w:val="BodyText2Char"/>
    <w:uiPriority w:val="99"/>
    <w:unhideWhenUsed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</w:style>
  <w:style w:type="paragraph" w:styleId="BodyText3">
    <w:name w:val="Body Text 3"/>
    <w:basedOn w:val="Normal"/>
    <w:link w:val="BodyText3Char"/>
    <w:uiPriority w:val="99"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Pr>
      <w:sz w:val="16"/>
      <w:szCs w:val="16"/>
    </w:rPr>
  </w:style>
  <w:style w:type="paragraph" w:styleId="List">
    <w:name w:val="List"/>
    <w:basedOn w:val="Normal"/>
    <w:uiPriority w:val="99"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8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526985-F265-4032-B06E-219977526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Jenny Hornsby</cp:lastModifiedBy>
  <cp:revision>4</cp:revision>
  <dcterms:created xsi:type="dcterms:W3CDTF">2026-04-28T07:18:00Z</dcterms:created>
  <dcterms:modified xsi:type="dcterms:W3CDTF">2026-04-29T15:06:00Z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67d9a783-24a2-4f5b-8a1c-4d944de057ac</vt:lpwstr>
  </property>
</Properties>
</file>