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5B019" w14:textId="3D8CAE56" w:rsidR="007F71FA" w:rsidRDefault="007F71FA" w:rsidP="00E86FD2">
      <w:pPr>
        <w:jc w:val="center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1C9D827B" wp14:editId="3743C295">
            <wp:extent cx="6458585" cy="9124950"/>
            <wp:effectExtent l="0" t="0" r="0" b="0"/>
            <wp:docPr id="288168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72AA" w14:textId="48AFAF4C" w:rsidR="00AB3DE1" w:rsidRPr="005D4E95" w:rsidRDefault="007F71FA" w:rsidP="007F71FA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color w:val="FFFFFF" w:themeColor="background1"/>
        </w:rPr>
        <w:br w:type="page"/>
      </w:r>
      <w:r w:rsidR="005D4E95" w:rsidRPr="005D4E95">
        <w:rPr>
          <w:rFonts w:ascii="Arial" w:hAnsi="Arial" w:cs="Arial"/>
          <w:b/>
          <w:sz w:val="28"/>
          <w:u w:val="single"/>
        </w:rPr>
        <w:lastRenderedPageBreak/>
        <w:t>Medical Needs Officer</w:t>
      </w:r>
    </w:p>
    <w:p w14:paraId="16E8DDD2" w14:textId="77777777" w:rsidR="00AB3DE1" w:rsidRPr="005D4E95" w:rsidRDefault="00AB3DE1" w:rsidP="00037769">
      <w:pPr>
        <w:jc w:val="center"/>
        <w:rPr>
          <w:rFonts w:ascii="Arial" w:hAnsi="Arial" w:cs="Arial"/>
          <w:b/>
          <w:u w:val="single"/>
        </w:rPr>
      </w:pPr>
    </w:p>
    <w:p w14:paraId="7E9270B7" w14:textId="77777777" w:rsidR="00037769" w:rsidRPr="005D4E95" w:rsidRDefault="00AB3DE1" w:rsidP="00037769">
      <w:pPr>
        <w:jc w:val="center"/>
        <w:rPr>
          <w:rFonts w:ascii="Arial" w:hAnsi="Arial" w:cs="Arial"/>
          <w:b/>
          <w:u w:val="single"/>
        </w:rPr>
      </w:pPr>
      <w:r w:rsidRPr="005D4E95">
        <w:rPr>
          <w:rFonts w:ascii="Arial" w:hAnsi="Arial" w:cs="Arial"/>
          <w:b/>
          <w:u w:val="single"/>
        </w:rPr>
        <w:t>JOB DESCRIPTION</w:t>
      </w:r>
    </w:p>
    <w:p w14:paraId="52FB1BDC" w14:textId="77777777" w:rsidR="005D4E95" w:rsidRDefault="005D4E95" w:rsidP="00AB3DE1">
      <w:pPr>
        <w:rPr>
          <w:rFonts w:ascii="Arial" w:hAnsi="Arial" w:cs="Arial"/>
          <w:b/>
          <w:u w:val="single"/>
          <w:lang w:val="en-GB"/>
        </w:rPr>
      </w:pPr>
    </w:p>
    <w:p w14:paraId="066898AC" w14:textId="77777777" w:rsidR="00AB3DE1" w:rsidRPr="00AB3DE1" w:rsidRDefault="00AB3DE1" w:rsidP="00AB3DE1">
      <w:pPr>
        <w:rPr>
          <w:rFonts w:ascii="Arial" w:hAnsi="Arial" w:cs="Arial"/>
          <w:lang w:val="en-GB"/>
        </w:rPr>
      </w:pPr>
      <w:r w:rsidRPr="00AB3DE1">
        <w:rPr>
          <w:rFonts w:ascii="Arial" w:hAnsi="Arial" w:cs="Arial"/>
          <w:b/>
          <w:u w:val="single"/>
          <w:lang w:val="en-GB"/>
        </w:rPr>
        <w:t>Trust School</w:t>
      </w:r>
      <w:r w:rsidRPr="00AB3DE1">
        <w:rPr>
          <w:rFonts w:ascii="Arial" w:hAnsi="Arial" w:cs="Arial"/>
          <w:b/>
          <w:lang w:val="en-GB"/>
        </w:rPr>
        <w:t>:</w:t>
      </w:r>
      <w:r w:rsidRPr="00AB3DE1">
        <w:rPr>
          <w:rFonts w:ascii="Arial" w:hAnsi="Arial" w:cs="Arial"/>
          <w:b/>
          <w:lang w:val="en-GB"/>
        </w:rPr>
        <w:tab/>
        <w:t xml:space="preserve"> </w:t>
      </w:r>
      <w:r>
        <w:rPr>
          <w:rFonts w:ascii="Arial" w:hAnsi="Arial" w:cs="Arial"/>
          <w:b/>
          <w:lang w:val="en-GB"/>
        </w:rPr>
        <w:tab/>
      </w:r>
      <w:r w:rsidRPr="00AB3DE1">
        <w:rPr>
          <w:rFonts w:ascii="Arial" w:hAnsi="Arial" w:cs="Arial"/>
          <w:lang w:val="en-GB"/>
        </w:rPr>
        <w:t>Salendine Nook High School</w:t>
      </w:r>
    </w:p>
    <w:p w14:paraId="75B5B87A" w14:textId="66F0F05A" w:rsidR="00AB3DE1" w:rsidRPr="00AB3DE1" w:rsidRDefault="00AB3DE1" w:rsidP="00AB3DE1">
      <w:pPr>
        <w:rPr>
          <w:rFonts w:ascii="Arial" w:hAnsi="Arial" w:cs="Arial"/>
          <w:lang w:val="en-GB"/>
        </w:rPr>
      </w:pPr>
      <w:r w:rsidRPr="00AB3DE1">
        <w:rPr>
          <w:rFonts w:ascii="Arial" w:hAnsi="Arial" w:cs="Arial"/>
          <w:b/>
          <w:u w:val="single"/>
          <w:lang w:val="en-GB"/>
        </w:rPr>
        <w:t>Grade:</w:t>
      </w:r>
      <w:r w:rsidRPr="00AB3DE1">
        <w:rPr>
          <w:rFonts w:ascii="Arial" w:hAnsi="Arial" w:cs="Arial"/>
          <w:lang w:val="en-GB"/>
        </w:rPr>
        <w:tab/>
      </w:r>
      <w:r w:rsidRPr="00AB3DE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E86FD2">
        <w:rPr>
          <w:rFonts w:ascii="Arial" w:hAnsi="Arial" w:cs="Arial"/>
          <w:lang w:val="en-GB"/>
        </w:rPr>
        <w:t xml:space="preserve">6 / </w:t>
      </w:r>
      <w:r w:rsidR="005166ED">
        <w:rPr>
          <w:rFonts w:ascii="Arial" w:hAnsi="Arial" w:cs="Arial"/>
        </w:rPr>
        <w:t>7</w:t>
      </w:r>
      <w:r w:rsidR="00E86FD2">
        <w:rPr>
          <w:rFonts w:ascii="Arial" w:hAnsi="Arial" w:cs="Arial"/>
        </w:rPr>
        <w:t xml:space="preserve"> NJC point 7-17 (depending on qualifications/experience)</w:t>
      </w:r>
    </w:p>
    <w:p w14:paraId="577310C9" w14:textId="118D61E7" w:rsidR="00AB3DE1" w:rsidRPr="00AB3DE1" w:rsidRDefault="00AB3DE1" w:rsidP="00AB3DE1">
      <w:pPr>
        <w:rPr>
          <w:rFonts w:ascii="Arial" w:hAnsi="Arial" w:cs="Arial"/>
          <w:lang w:val="en-GB"/>
        </w:rPr>
      </w:pPr>
      <w:r w:rsidRPr="00AB3DE1">
        <w:rPr>
          <w:rFonts w:ascii="Arial" w:hAnsi="Arial" w:cs="Arial"/>
          <w:b/>
          <w:u w:val="single"/>
          <w:lang w:val="en-GB"/>
        </w:rPr>
        <w:t>Hours:</w:t>
      </w:r>
      <w:r w:rsidRPr="00AB3DE1">
        <w:rPr>
          <w:rFonts w:ascii="Arial" w:hAnsi="Arial" w:cs="Arial"/>
          <w:lang w:val="en-GB"/>
        </w:rPr>
        <w:tab/>
      </w:r>
      <w:r w:rsidRPr="00AB3DE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Pr="00AB3DE1">
        <w:rPr>
          <w:rFonts w:ascii="Arial" w:hAnsi="Arial" w:cs="Arial"/>
          <w:lang w:val="en-GB"/>
        </w:rPr>
        <w:t>3</w:t>
      </w:r>
      <w:r w:rsidR="00E86FD2">
        <w:rPr>
          <w:rFonts w:ascii="Arial" w:hAnsi="Arial" w:cs="Arial"/>
          <w:lang w:val="en-GB"/>
        </w:rPr>
        <w:t>2.5</w:t>
      </w:r>
      <w:r w:rsidRPr="00AB3DE1">
        <w:rPr>
          <w:rFonts w:ascii="Arial" w:hAnsi="Arial" w:cs="Arial"/>
          <w:lang w:val="en-GB"/>
        </w:rPr>
        <w:t xml:space="preserve"> per week- term time only</w:t>
      </w:r>
    </w:p>
    <w:p w14:paraId="7457E195" w14:textId="77777777" w:rsidR="00AB3DE1" w:rsidRPr="00AB3DE1" w:rsidRDefault="00AB3DE1" w:rsidP="00AB3DE1">
      <w:pPr>
        <w:rPr>
          <w:rFonts w:ascii="Arial" w:hAnsi="Arial" w:cs="Arial"/>
          <w:lang w:val="en-GB"/>
        </w:rPr>
      </w:pPr>
      <w:r w:rsidRPr="00AB3DE1">
        <w:rPr>
          <w:rFonts w:ascii="Arial" w:hAnsi="Arial" w:cs="Arial"/>
          <w:b/>
          <w:u w:val="single"/>
          <w:lang w:val="en-GB"/>
        </w:rPr>
        <w:t>Contract type: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ab/>
        <w:t>Permanent</w:t>
      </w:r>
    </w:p>
    <w:p w14:paraId="6A7606EA" w14:textId="77777777" w:rsidR="00AB3DE1" w:rsidRPr="00AB3DE1" w:rsidRDefault="00AB3DE1" w:rsidP="00AB3DE1">
      <w:pPr>
        <w:rPr>
          <w:rFonts w:ascii="Arial" w:hAnsi="Arial" w:cs="Arial"/>
          <w:lang w:val="en-GB"/>
        </w:rPr>
      </w:pPr>
      <w:r w:rsidRPr="00AB3DE1">
        <w:rPr>
          <w:rFonts w:ascii="Arial" w:hAnsi="Arial" w:cs="Arial"/>
          <w:b/>
          <w:u w:val="single"/>
          <w:lang w:val="en-GB"/>
        </w:rPr>
        <w:t>Reporting to</w:t>
      </w:r>
      <w:r w:rsidRPr="00AB3DE1">
        <w:rPr>
          <w:rFonts w:ascii="Arial" w:hAnsi="Arial" w:cs="Arial"/>
          <w:lang w:val="en-GB"/>
        </w:rPr>
        <w:t>:</w:t>
      </w:r>
      <w:r w:rsidRPr="00AB3DE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5166ED">
        <w:rPr>
          <w:rFonts w:ascii="Arial" w:hAnsi="Arial" w:cs="Arial"/>
          <w:lang w:val="en-GB"/>
        </w:rPr>
        <w:t>Assistant Principal Behaviour</w:t>
      </w:r>
    </w:p>
    <w:p w14:paraId="4CF42D87" w14:textId="77777777" w:rsidR="00AB3DE1" w:rsidRPr="00AB3DE1" w:rsidRDefault="00AB3DE1" w:rsidP="00AB3DE1">
      <w:pPr>
        <w:rPr>
          <w:rFonts w:ascii="Arial" w:hAnsi="Arial" w:cs="Arial"/>
          <w:lang w:val="en-GB"/>
        </w:rPr>
      </w:pPr>
      <w:r w:rsidRPr="00AB3DE1">
        <w:rPr>
          <w:rFonts w:ascii="Arial" w:hAnsi="Arial" w:cs="Arial"/>
          <w:b/>
          <w:u w:val="single"/>
          <w:lang w:val="en-GB"/>
        </w:rPr>
        <w:t>Responsible fo</w:t>
      </w:r>
      <w:r w:rsidRPr="00AB3DE1">
        <w:rPr>
          <w:rFonts w:ascii="Arial" w:hAnsi="Arial" w:cs="Arial"/>
          <w:lang w:val="en-GB"/>
        </w:rPr>
        <w:t>r:</w:t>
      </w:r>
      <w:r w:rsidRPr="00AB3DE1">
        <w:rPr>
          <w:rFonts w:ascii="Arial" w:hAnsi="Arial" w:cs="Arial"/>
          <w:lang w:val="en-GB"/>
        </w:rPr>
        <w:tab/>
        <w:t>None</w:t>
      </w:r>
    </w:p>
    <w:p w14:paraId="4E836ACF" w14:textId="77777777" w:rsidR="005166ED" w:rsidRDefault="00AB3DE1" w:rsidP="005166ED">
      <w:pPr>
        <w:ind w:left="2160" w:hanging="2160"/>
        <w:rPr>
          <w:rFonts w:ascii="Arial" w:hAnsi="Arial" w:cs="Arial"/>
        </w:rPr>
      </w:pPr>
      <w:r w:rsidRPr="00AB3DE1">
        <w:rPr>
          <w:rFonts w:ascii="Arial" w:hAnsi="Arial" w:cs="Arial"/>
          <w:b/>
          <w:u w:val="single"/>
          <w:lang w:val="en-GB"/>
        </w:rPr>
        <w:t>Job Purpose:</w:t>
      </w:r>
      <w:r w:rsidRPr="00AB3DE1">
        <w:rPr>
          <w:rFonts w:ascii="Arial" w:hAnsi="Arial" w:cs="Arial"/>
          <w:lang w:val="en-GB"/>
        </w:rPr>
        <w:tab/>
      </w:r>
      <w:r w:rsidR="005D4E95" w:rsidRPr="005D4E95">
        <w:rPr>
          <w:rFonts w:ascii="Arial" w:hAnsi="Arial" w:cs="Arial"/>
        </w:rPr>
        <w:t xml:space="preserve">The Medical Needs Officer leads the medical provision at </w:t>
      </w:r>
      <w:r w:rsidR="005D4E95">
        <w:rPr>
          <w:rFonts w:ascii="Arial" w:hAnsi="Arial" w:cs="Arial"/>
        </w:rPr>
        <w:t>Salendine Nook High School</w:t>
      </w:r>
      <w:r w:rsidR="005D4E95" w:rsidRPr="005D4E95">
        <w:rPr>
          <w:rFonts w:ascii="Arial" w:hAnsi="Arial" w:cs="Arial"/>
        </w:rPr>
        <w:t xml:space="preserve">, providing daily care to students, staff and visitors and responding confidently to medical issues and </w:t>
      </w:r>
      <w:r w:rsidR="005D4E95">
        <w:rPr>
          <w:rFonts w:ascii="Arial" w:hAnsi="Arial" w:cs="Arial"/>
        </w:rPr>
        <w:t>emergencies.</w:t>
      </w:r>
    </w:p>
    <w:p w14:paraId="22A56E14" w14:textId="77777777" w:rsidR="005166ED" w:rsidRPr="005166ED" w:rsidRDefault="005166ED" w:rsidP="005166ED">
      <w:pPr>
        <w:ind w:left="2160" w:hanging="2160"/>
        <w:rPr>
          <w:rFonts w:ascii="Arial" w:hAnsi="Arial" w:cs="Arial"/>
          <w:b/>
        </w:rPr>
      </w:pPr>
      <w:r w:rsidRPr="005166ED">
        <w:rPr>
          <w:rFonts w:ascii="Arial" w:hAnsi="Arial" w:cs="Arial"/>
          <w:b/>
        </w:rPr>
        <w:t>Key Responsibilities</w:t>
      </w:r>
    </w:p>
    <w:p w14:paraId="3F7CB7CD" w14:textId="77777777" w:rsidR="005166ED" w:rsidRPr="005166ED" w:rsidRDefault="005166ED" w:rsidP="005166ED">
      <w:pPr>
        <w:ind w:left="2160" w:hanging="2160"/>
        <w:rPr>
          <w:rFonts w:ascii="Arial" w:hAnsi="Arial" w:cs="Arial"/>
          <w:b/>
        </w:rPr>
      </w:pPr>
      <w:r w:rsidRPr="005166ED">
        <w:rPr>
          <w:rFonts w:ascii="Arial" w:hAnsi="Arial" w:cs="Arial"/>
          <w:b/>
        </w:rPr>
        <w:t>Medical Needs:</w:t>
      </w:r>
    </w:p>
    <w:p w14:paraId="2EA418B4" w14:textId="77777777" w:rsidR="005166ED" w:rsidRPr="0004073F" w:rsidRDefault="005166ED" w:rsidP="005166E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04073F">
        <w:rPr>
          <w:rFonts w:ascii="Arial" w:hAnsi="Arial" w:cs="Arial"/>
        </w:rPr>
        <w:t>First Aid trained to provide first aid and emergency care to all members of the school community where necessary. If a student needs to go to the hospital and a parent/carer cannot be contacted, at times you may be needed to accompany students in the ambulance.</w:t>
      </w:r>
    </w:p>
    <w:p w14:paraId="68547413" w14:textId="77777777" w:rsidR="005166ED" w:rsidRPr="0004073F" w:rsidRDefault="005166ED" w:rsidP="005166E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04073F">
        <w:rPr>
          <w:rFonts w:ascii="Arial" w:hAnsi="Arial" w:cs="Arial"/>
        </w:rPr>
        <w:t>Care for students who are injured or who become unwell during the school day. Notify</w:t>
      </w:r>
      <w:r w:rsidRPr="0004073F">
        <w:rPr>
          <w:rFonts w:ascii="Arial" w:hAnsi="Arial" w:cs="Arial"/>
          <w:b/>
        </w:rPr>
        <w:t xml:space="preserve"> </w:t>
      </w:r>
      <w:r w:rsidRPr="0004073F">
        <w:rPr>
          <w:rFonts w:ascii="Arial" w:hAnsi="Arial" w:cs="Arial"/>
        </w:rPr>
        <w:t>parents/carers and arrange for the students to go home if necessary.</w:t>
      </w:r>
    </w:p>
    <w:p w14:paraId="0AF5F012" w14:textId="77777777" w:rsidR="005166ED" w:rsidRPr="0004073F" w:rsidRDefault="005166ED" w:rsidP="005166E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04073F">
        <w:rPr>
          <w:rFonts w:ascii="Arial" w:hAnsi="Arial" w:cs="Arial"/>
        </w:rPr>
        <w:t>Provide emotional support to vulnerable students and signpost to the appropriate support</w:t>
      </w:r>
      <w:r w:rsidRPr="0004073F">
        <w:rPr>
          <w:rFonts w:ascii="Arial" w:hAnsi="Arial" w:cs="Arial"/>
          <w:b/>
        </w:rPr>
        <w:t xml:space="preserve"> </w:t>
      </w:r>
      <w:r w:rsidRPr="0004073F">
        <w:rPr>
          <w:rFonts w:ascii="Arial" w:hAnsi="Arial" w:cs="Arial"/>
        </w:rPr>
        <w:t xml:space="preserve">within </w:t>
      </w:r>
      <w:r w:rsidRPr="00E86FD2">
        <w:rPr>
          <w:rFonts w:ascii="Arial" w:hAnsi="Arial" w:cs="Arial"/>
          <w:bCs/>
        </w:rPr>
        <w:t xml:space="preserve">the </w:t>
      </w:r>
      <w:r w:rsidRPr="0004073F">
        <w:rPr>
          <w:rFonts w:ascii="Arial" w:hAnsi="Arial" w:cs="Arial"/>
        </w:rPr>
        <w:t xml:space="preserve">school. </w:t>
      </w:r>
    </w:p>
    <w:p w14:paraId="18079CFC" w14:textId="77777777" w:rsidR="005166ED" w:rsidRPr="0004073F" w:rsidRDefault="005166ED" w:rsidP="005166E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04073F">
        <w:rPr>
          <w:rFonts w:ascii="Arial" w:hAnsi="Arial" w:cs="Arial"/>
        </w:rPr>
        <w:t>Ensure individual healthcare plans (IHCPs) and treatment protocols are developed and</w:t>
      </w:r>
      <w:r w:rsidRPr="0004073F">
        <w:rPr>
          <w:rFonts w:ascii="Arial" w:hAnsi="Arial" w:cs="Arial"/>
          <w:b/>
        </w:rPr>
        <w:t xml:space="preserve"> </w:t>
      </w:r>
      <w:r w:rsidRPr="0004073F">
        <w:rPr>
          <w:rFonts w:ascii="Arial" w:hAnsi="Arial" w:cs="Arial"/>
        </w:rPr>
        <w:t>written for those students requiring them, in consultation with the parents/carers and</w:t>
      </w:r>
      <w:r w:rsidRPr="0004073F">
        <w:rPr>
          <w:rFonts w:ascii="Arial" w:hAnsi="Arial" w:cs="Arial"/>
          <w:b/>
        </w:rPr>
        <w:t xml:space="preserve"> </w:t>
      </w:r>
      <w:r w:rsidRPr="0004073F">
        <w:rPr>
          <w:rFonts w:ascii="Arial" w:hAnsi="Arial" w:cs="Arial"/>
        </w:rPr>
        <w:t>SENDCO as required.</w:t>
      </w:r>
    </w:p>
    <w:p w14:paraId="771E3D18" w14:textId="77777777" w:rsidR="005166ED" w:rsidRPr="0004073F" w:rsidRDefault="005166ED" w:rsidP="005166E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04073F">
        <w:rPr>
          <w:rFonts w:ascii="Arial" w:hAnsi="Arial" w:cs="Arial"/>
        </w:rPr>
        <w:t>Supporting and assisting students with IHCPs (e.g. diabetes) and actioning accordingly.</w:t>
      </w:r>
    </w:p>
    <w:p w14:paraId="5E1AC1D8" w14:textId="77777777" w:rsidR="005166ED" w:rsidRPr="0004073F" w:rsidRDefault="005166ED" w:rsidP="005166ED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04073F">
        <w:rPr>
          <w:rFonts w:ascii="Arial" w:hAnsi="Arial" w:cs="Arial"/>
        </w:rPr>
        <w:t>Provide training and support to relevant staff regarding the care of the students with</w:t>
      </w:r>
      <w:r w:rsidRPr="0004073F">
        <w:rPr>
          <w:rFonts w:ascii="Arial" w:hAnsi="Arial" w:cs="Arial"/>
          <w:b/>
        </w:rPr>
        <w:t xml:space="preserve"> </w:t>
      </w:r>
      <w:r w:rsidRPr="0004073F">
        <w:rPr>
          <w:rFonts w:ascii="Arial" w:hAnsi="Arial" w:cs="Arial"/>
        </w:rPr>
        <w:t>identified medical or health needs.</w:t>
      </w:r>
    </w:p>
    <w:p w14:paraId="438B6CAF" w14:textId="77777777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lastRenderedPageBreak/>
        <w:t>Ensure the smooth and efficient running of the medical room, ensuring processes are in place that can be followed by members of the First Aid team.</w:t>
      </w:r>
    </w:p>
    <w:p w14:paraId="56D56105" w14:textId="77777777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Maintain medical room stock, hygiene and tidiness.</w:t>
      </w:r>
    </w:p>
    <w:p w14:paraId="52F7E8CA" w14:textId="53D7E3D2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Lead the First Aid team</w:t>
      </w:r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>, this can be done through meetings and email correspondence</w:t>
      </w:r>
    </w:p>
    <w:p w14:paraId="0BAA5D69" w14:textId="77777777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Maintain First Aiders’ training, ensuring all are updated promptly and </w:t>
      </w:r>
      <w:proofErr w:type="spellStart"/>
      <w:r w:rsidRPr="0004073F">
        <w:rPr>
          <w:rFonts w:ascii="Arial" w:hAnsi="Arial" w:cs="Arial"/>
          <w:b w:val="0"/>
          <w:color w:val="auto"/>
          <w:sz w:val="22"/>
          <w:szCs w:val="22"/>
        </w:rPr>
        <w:t>organising</w:t>
      </w:r>
      <w:proofErr w:type="spellEnd"/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 whole staff training events, e.g. anaphylaxis training.</w:t>
      </w:r>
    </w:p>
    <w:p w14:paraId="21CE3853" w14:textId="1A66268A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Ensure all first aid boxes located around the school are up to date and within expiry time limits, ordering replenishment stocks as required.</w:t>
      </w:r>
      <w:r w:rsidR="001901BE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>Checks of departmental boxes will form part of a half-term routine.</w:t>
      </w:r>
    </w:p>
    <w:p w14:paraId="7F537DF3" w14:textId="77777777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Responsible for the dispensing and recording of medication.</w:t>
      </w:r>
    </w:p>
    <w:p w14:paraId="4113BD27" w14:textId="77777777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Responsible for the coordination and release of medication for students involved in external activities/trips.</w:t>
      </w:r>
    </w:p>
    <w:p w14:paraId="2D4C4DF9" w14:textId="780864BE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Follow stringent procedures for the recommended safe storage, usage and disposal of medical supplies and drugs.</w:t>
      </w:r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All stored drugs and medical supplies should be documented for school records.</w:t>
      </w:r>
      <w:r w:rsidR="001901BE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635803E6" w14:textId="4454D241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Recording of all medical forms and consent registers.</w:t>
      </w:r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This includes medical care plans being recorded on SIMS for individual students. </w:t>
      </w:r>
      <w:r w:rsidR="001901BE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429A8278" w14:textId="77F18D91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Arranging with external health agencies</w:t>
      </w:r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(predominantly </w:t>
      </w:r>
      <w:proofErr w:type="spellStart"/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>Locala</w:t>
      </w:r>
      <w:proofErr w:type="spellEnd"/>
      <w:r w:rsidR="0004073F" w:rsidRPr="0004073F">
        <w:rPr>
          <w:rFonts w:ascii="Arial" w:hAnsi="Arial" w:cs="Arial"/>
          <w:b w:val="0"/>
          <w:color w:val="auto"/>
          <w:sz w:val="22"/>
          <w:szCs w:val="22"/>
        </w:rPr>
        <w:t>)</w:t>
      </w:r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 the </w:t>
      </w:r>
      <w:proofErr w:type="spellStart"/>
      <w:r w:rsidRPr="0004073F">
        <w:rPr>
          <w:rFonts w:ascii="Arial" w:hAnsi="Arial" w:cs="Arial"/>
          <w:b w:val="0"/>
          <w:color w:val="auto"/>
          <w:sz w:val="22"/>
          <w:szCs w:val="22"/>
        </w:rPr>
        <w:t>programme</w:t>
      </w:r>
      <w:proofErr w:type="spellEnd"/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 of student </w:t>
      </w:r>
      <w:proofErr w:type="spellStart"/>
      <w:r w:rsidRPr="0004073F">
        <w:rPr>
          <w:rFonts w:ascii="Arial" w:hAnsi="Arial" w:cs="Arial"/>
          <w:b w:val="0"/>
          <w:color w:val="auto"/>
          <w:sz w:val="22"/>
          <w:szCs w:val="22"/>
        </w:rPr>
        <w:t>immunisation</w:t>
      </w:r>
      <w:proofErr w:type="spellEnd"/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 and coordinating the arrangements on the day of vaccination</w:t>
      </w:r>
      <w:r w:rsidR="00E86FD2">
        <w:rPr>
          <w:rFonts w:ascii="Arial" w:hAnsi="Arial" w:cs="Arial"/>
          <w:b w:val="0"/>
          <w:color w:val="auto"/>
          <w:sz w:val="22"/>
          <w:szCs w:val="22"/>
        </w:rPr>
        <w:t>s</w:t>
      </w:r>
      <w:r w:rsidRPr="0004073F">
        <w:rPr>
          <w:rFonts w:ascii="Arial" w:hAnsi="Arial" w:cs="Arial"/>
          <w:b w:val="0"/>
          <w:color w:val="auto"/>
          <w:sz w:val="22"/>
          <w:szCs w:val="22"/>
        </w:rPr>
        <w:t>.</w:t>
      </w:r>
      <w:r w:rsidR="001901BE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3C8C0F5C" w14:textId="53EDB3BA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Assessing a student’s mobility on return to school following an injury, liaising with other members of staff on room changes and completing any risk assessments as necessary.</w:t>
      </w:r>
      <w:r w:rsidR="001901BE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64360720" w14:textId="5AEEEDCA" w:rsidR="005166ED" w:rsidRPr="0004073F" w:rsidRDefault="0004073F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Monthly</w:t>
      </w:r>
      <w:r w:rsidR="005166ED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checks and logging of school’s defibrillation and EpiPen kits</w:t>
      </w:r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, this is then </w:t>
      </w:r>
      <w:proofErr w:type="spellStart"/>
      <w:r w:rsidRPr="0004073F">
        <w:rPr>
          <w:rFonts w:ascii="Arial" w:hAnsi="Arial" w:cs="Arial"/>
          <w:b w:val="0"/>
          <w:color w:val="auto"/>
          <w:sz w:val="22"/>
          <w:szCs w:val="22"/>
        </w:rPr>
        <w:t>liased</w:t>
      </w:r>
      <w:proofErr w:type="spellEnd"/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 with the British Heart Foundation Circuit.</w:t>
      </w:r>
      <w:r w:rsidR="001901BE" w:rsidRPr="0004073F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07BC3424" w14:textId="77777777" w:rsidR="005166ED" w:rsidRPr="0004073F" w:rsidRDefault="005166ED" w:rsidP="005166ED">
      <w:pPr>
        <w:pStyle w:val="Heading2"/>
        <w:numPr>
          <w:ilvl w:val="0"/>
          <w:numId w:val="10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Liaising as appropriate with the pastoral team, parents and school catering staff concerning students with medical needs, e.g. food allergies.</w:t>
      </w:r>
    </w:p>
    <w:p w14:paraId="5A28F090" w14:textId="77777777" w:rsidR="005166ED" w:rsidRPr="0004073F" w:rsidRDefault="005166ED" w:rsidP="005166ED">
      <w:pPr>
        <w:pStyle w:val="Heading2"/>
        <w:rPr>
          <w:rFonts w:ascii="Arial" w:hAnsi="Arial" w:cs="Arial"/>
          <w:color w:val="auto"/>
          <w:sz w:val="22"/>
          <w:szCs w:val="22"/>
        </w:rPr>
      </w:pPr>
      <w:r w:rsidRPr="0004073F">
        <w:rPr>
          <w:rFonts w:ascii="Arial" w:hAnsi="Arial" w:cs="Arial"/>
          <w:color w:val="auto"/>
          <w:sz w:val="22"/>
          <w:szCs w:val="22"/>
        </w:rPr>
        <w:t>Administration:</w:t>
      </w:r>
    </w:p>
    <w:p w14:paraId="6FA1B9F3" w14:textId="77777777" w:rsidR="005166ED" w:rsidRPr="0004073F" w:rsidRDefault="005166ED" w:rsidP="005166ED">
      <w:pPr>
        <w:pStyle w:val="Heading2"/>
        <w:numPr>
          <w:ilvl w:val="0"/>
          <w:numId w:val="11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To log all first aid and medical incidents.</w:t>
      </w:r>
    </w:p>
    <w:p w14:paraId="2A677FDD" w14:textId="77777777" w:rsidR="005166ED" w:rsidRPr="0004073F" w:rsidRDefault="005166ED" w:rsidP="005166ED">
      <w:pPr>
        <w:pStyle w:val="Heading2"/>
        <w:numPr>
          <w:ilvl w:val="0"/>
          <w:numId w:val="11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To maintain health records, ensuring confidentiality and appropriate legal storage in line with data protection requirements.</w:t>
      </w:r>
    </w:p>
    <w:p w14:paraId="3DA3E576" w14:textId="77777777" w:rsidR="005166ED" w:rsidRPr="0004073F" w:rsidRDefault="005166ED" w:rsidP="005166ED">
      <w:pPr>
        <w:pStyle w:val="Heading2"/>
        <w:numPr>
          <w:ilvl w:val="0"/>
          <w:numId w:val="11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To review and update school policies appropriate to the role (First Aid Procedures, Accident/Incident Reporting &amp; Investigating Procedures and Managing Medication Policy) in conjunction with senior colleagues.</w:t>
      </w:r>
    </w:p>
    <w:p w14:paraId="53A6A553" w14:textId="77777777" w:rsidR="005166ED" w:rsidRPr="0004073F" w:rsidRDefault="005166ED" w:rsidP="005166ED">
      <w:pPr>
        <w:numPr>
          <w:ilvl w:val="0"/>
          <w:numId w:val="11"/>
        </w:numPr>
        <w:spacing w:after="0" w:line="268" w:lineRule="auto"/>
        <w:rPr>
          <w:rFonts w:ascii="Arial" w:hAnsi="Arial" w:cs="Arial"/>
          <w:szCs w:val="24"/>
        </w:rPr>
      </w:pPr>
      <w:r w:rsidRPr="0004073F">
        <w:rPr>
          <w:rFonts w:ascii="Arial" w:hAnsi="Arial" w:cs="Arial"/>
          <w:szCs w:val="24"/>
        </w:rPr>
        <w:t>To maintain records of student health concerns and</w:t>
      </w:r>
      <w:r w:rsidR="002F6B50" w:rsidRPr="0004073F">
        <w:rPr>
          <w:rFonts w:ascii="Arial" w:hAnsi="Arial" w:cs="Arial"/>
          <w:szCs w:val="24"/>
        </w:rPr>
        <w:t xml:space="preserve"> source</w:t>
      </w:r>
      <w:r w:rsidRPr="0004073F">
        <w:rPr>
          <w:rFonts w:ascii="Arial" w:hAnsi="Arial" w:cs="Arial"/>
          <w:szCs w:val="24"/>
        </w:rPr>
        <w:t xml:space="preserve"> train</w:t>
      </w:r>
      <w:r w:rsidR="002F6B50" w:rsidRPr="0004073F">
        <w:rPr>
          <w:rFonts w:ascii="Arial" w:hAnsi="Arial" w:cs="Arial"/>
          <w:szCs w:val="24"/>
        </w:rPr>
        <w:t>ing</w:t>
      </w:r>
      <w:r w:rsidRPr="0004073F">
        <w:rPr>
          <w:rFonts w:ascii="Arial" w:hAnsi="Arial" w:cs="Arial"/>
          <w:szCs w:val="24"/>
        </w:rPr>
        <w:t xml:space="preserve"> </w:t>
      </w:r>
      <w:r w:rsidR="002F6B50" w:rsidRPr="0004073F">
        <w:rPr>
          <w:rFonts w:ascii="Arial" w:hAnsi="Arial" w:cs="Arial"/>
          <w:szCs w:val="24"/>
        </w:rPr>
        <w:t xml:space="preserve">for </w:t>
      </w:r>
      <w:r w:rsidRPr="0004073F">
        <w:rPr>
          <w:rFonts w:ascii="Arial" w:hAnsi="Arial" w:cs="Arial"/>
          <w:szCs w:val="24"/>
        </w:rPr>
        <w:t xml:space="preserve">staff as appropriate (e.g. use of epi–pen, procedures for asthma attacks, etc.) </w:t>
      </w:r>
    </w:p>
    <w:p w14:paraId="3B21499A" w14:textId="77777777" w:rsidR="005166ED" w:rsidRPr="0004073F" w:rsidRDefault="005166ED" w:rsidP="005166ED">
      <w:pPr>
        <w:pStyle w:val="ListParagraph"/>
        <w:numPr>
          <w:ilvl w:val="0"/>
          <w:numId w:val="11"/>
        </w:numPr>
        <w:rPr>
          <w:rFonts w:ascii="Arial" w:hAnsi="Arial" w:cs="Arial"/>
          <w:szCs w:val="24"/>
        </w:rPr>
      </w:pPr>
      <w:r w:rsidRPr="0004073F">
        <w:rPr>
          <w:rFonts w:ascii="Arial" w:hAnsi="Arial" w:cs="Arial"/>
          <w:szCs w:val="24"/>
        </w:rPr>
        <w:t>To liaise with school, parents and professionals to complete and review Medical Care Plans</w:t>
      </w:r>
    </w:p>
    <w:p w14:paraId="07117ABB" w14:textId="77777777" w:rsidR="005166ED" w:rsidRPr="0004073F" w:rsidRDefault="005166ED" w:rsidP="005166ED">
      <w:pPr>
        <w:pStyle w:val="Heading2"/>
        <w:numPr>
          <w:ilvl w:val="0"/>
          <w:numId w:val="11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To undertake general administration duties as required by the line manager.</w:t>
      </w:r>
    </w:p>
    <w:p w14:paraId="449E0CFC" w14:textId="77777777" w:rsidR="002F6B50" w:rsidRPr="0004073F" w:rsidRDefault="002F6B50" w:rsidP="002F6B50"/>
    <w:p w14:paraId="7E64EA19" w14:textId="77777777" w:rsidR="002F6B50" w:rsidRPr="0004073F" w:rsidRDefault="002F6B50" w:rsidP="002F6B50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04073F">
        <w:rPr>
          <w:rFonts w:ascii="Arial" w:hAnsi="Arial" w:cs="Arial"/>
        </w:rPr>
        <w:lastRenderedPageBreak/>
        <w:t>To support staff in school creating any medical risk assessments as appropriate</w:t>
      </w:r>
    </w:p>
    <w:p w14:paraId="095410B1" w14:textId="77777777" w:rsidR="0004073F" w:rsidRPr="0004073F" w:rsidRDefault="0004073F" w:rsidP="0004073F">
      <w:pPr>
        <w:pStyle w:val="ListParagraph"/>
        <w:rPr>
          <w:rFonts w:ascii="Arial" w:hAnsi="Arial" w:cs="Arial"/>
        </w:rPr>
      </w:pPr>
    </w:p>
    <w:p w14:paraId="37065768" w14:textId="51F25E74" w:rsidR="0004073F" w:rsidRPr="0004073F" w:rsidRDefault="0004073F" w:rsidP="002F6B50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04073F">
        <w:rPr>
          <w:rFonts w:ascii="Arial" w:hAnsi="Arial" w:cs="Arial"/>
        </w:rPr>
        <w:t xml:space="preserve">Attend the weekly pastoral meeting on </w:t>
      </w:r>
      <w:r w:rsidR="00E86FD2" w:rsidRPr="0004073F">
        <w:rPr>
          <w:rFonts w:ascii="Arial" w:hAnsi="Arial" w:cs="Arial"/>
        </w:rPr>
        <w:t>Thursday</w:t>
      </w:r>
      <w:r w:rsidRPr="0004073F">
        <w:rPr>
          <w:rFonts w:ascii="Arial" w:hAnsi="Arial" w:cs="Arial"/>
        </w:rPr>
        <w:t xml:space="preserve"> morning at 8am</w:t>
      </w:r>
    </w:p>
    <w:p w14:paraId="0075B706" w14:textId="77777777" w:rsidR="005166ED" w:rsidRPr="0004073F" w:rsidRDefault="005166ED" w:rsidP="005166ED">
      <w:pPr>
        <w:pStyle w:val="Heading2"/>
        <w:rPr>
          <w:rFonts w:ascii="Arial" w:hAnsi="Arial" w:cs="Arial"/>
          <w:color w:val="auto"/>
          <w:sz w:val="22"/>
          <w:szCs w:val="22"/>
        </w:rPr>
      </w:pPr>
      <w:r w:rsidRPr="0004073F">
        <w:rPr>
          <w:rFonts w:ascii="Arial" w:hAnsi="Arial" w:cs="Arial"/>
          <w:color w:val="auto"/>
          <w:sz w:val="22"/>
          <w:szCs w:val="22"/>
        </w:rPr>
        <w:t>Health and Wellbeing:</w:t>
      </w:r>
    </w:p>
    <w:p w14:paraId="3EFB110F" w14:textId="77777777" w:rsidR="005166ED" w:rsidRPr="0004073F" w:rsidRDefault="005166ED" w:rsidP="005166ED">
      <w:pPr>
        <w:pStyle w:val="Heading2"/>
        <w:numPr>
          <w:ilvl w:val="0"/>
          <w:numId w:val="12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Action legal requirements, national policies and guidance on the safeguarding and promotion of the well-being of children and young people.</w:t>
      </w:r>
    </w:p>
    <w:p w14:paraId="40CA48EA" w14:textId="77777777" w:rsidR="005166ED" w:rsidRPr="0004073F" w:rsidRDefault="005166ED" w:rsidP="005166ED">
      <w:pPr>
        <w:pStyle w:val="Heading2"/>
        <w:numPr>
          <w:ilvl w:val="0"/>
          <w:numId w:val="12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Have a sufficient depth of knowledge to be able to advise students on the importance of maintaining a healthy lifestyle – for example, eating, drinking, exercise and nonsmoking/vaping.</w:t>
      </w:r>
    </w:p>
    <w:p w14:paraId="2B5BFD7E" w14:textId="77777777" w:rsidR="005166ED" w:rsidRPr="0004073F" w:rsidRDefault="005166ED" w:rsidP="005166ED">
      <w:pPr>
        <w:pStyle w:val="Heading2"/>
        <w:numPr>
          <w:ilvl w:val="0"/>
          <w:numId w:val="12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>Identify and support students whose progress, development or well-being is affected by changes or difficulties in their personal circumstances and refer them to colleagues for specialist support.</w:t>
      </w:r>
    </w:p>
    <w:p w14:paraId="0318A55E" w14:textId="77777777" w:rsidR="005166ED" w:rsidRPr="0004073F" w:rsidRDefault="005166ED" w:rsidP="005166ED">
      <w:pPr>
        <w:pStyle w:val="Heading2"/>
        <w:numPr>
          <w:ilvl w:val="0"/>
          <w:numId w:val="12"/>
        </w:numPr>
        <w:rPr>
          <w:rFonts w:ascii="Arial" w:hAnsi="Arial" w:cs="Arial"/>
          <w:b w:val="0"/>
          <w:color w:val="auto"/>
          <w:sz w:val="22"/>
          <w:szCs w:val="22"/>
        </w:rPr>
      </w:pPr>
      <w:r w:rsidRPr="0004073F">
        <w:rPr>
          <w:rFonts w:ascii="Arial" w:hAnsi="Arial" w:cs="Arial"/>
          <w:b w:val="0"/>
          <w:color w:val="auto"/>
          <w:sz w:val="22"/>
          <w:szCs w:val="22"/>
        </w:rPr>
        <w:t xml:space="preserve">To ensure one's own continued professional development is maintained and built upon, by attending relevant training courses, seminars and conferences relating to health matters. </w:t>
      </w:r>
    </w:p>
    <w:p w14:paraId="638CAB69" w14:textId="77777777" w:rsidR="005166ED" w:rsidRPr="0004073F" w:rsidRDefault="005166ED" w:rsidP="005166ED">
      <w:pPr>
        <w:pStyle w:val="Heading1"/>
        <w:rPr>
          <w:rFonts w:ascii="Arial" w:hAnsi="Arial" w:cs="Arial"/>
          <w:color w:val="auto"/>
          <w:sz w:val="22"/>
          <w:szCs w:val="22"/>
        </w:rPr>
      </w:pPr>
      <w:r w:rsidRPr="0004073F">
        <w:rPr>
          <w:rFonts w:ascii="Arial" w:hAnsi="Arial" w:cs="Arial"/>
          <w:color w:val="auto"/>
          <w:sz w:val="22"/>
          <w:szCs w:val="22"/>
        </w:rPr>
        <w:t>Additional Information</w:t>
      </w:r>
    </w:p>
    <w:p w14:paraId="2698D80E" w14:textId="77777777" w:rsidR="005166ED" w:rsidRPr="0004073F" w:rsidRDefault="005166ED" w:rsidP="005166ED">
      <w:pPr>
        <w:pStyle w:val="ListBullet"/>
        <w:rPr>
          <w:rFonts w:ascii="Arial" w:hAnsi="Arial" w:cs="Arial"/>
        </w:rPr>
      </w:pPr>
      <w:r w:rsidRPr="0004073F">
        <w:rPr>
          <w:rFonts w:ascii="Arial" w:hAnsi="Arial" w:cs="Arial"/>
        </w:rPr>
        <w:t>This post is subject to an enhanced DBS check as it is a regulated position.</w:t>
      </w:r>
    </w:p>
    <w:p w14:paraId="50A553B2" w14:textId="77777777" w:rsidR="005166ED" w:rsidRPr="0004073F" w:rsidRDefault="005166ED" w:rsidP="005166ED">
      <w:pPr>
        <w:pStyle w:val="ListBullet"/>
        <w:rPr>
          <w:rFonts w:ascii="Arial" w:hAnsi="Arial" w:cs="Arial"/>
        </w:rPr>
      </w:pPr>
      <w:r w:rsidRPr="0004073F">
        <w:rPr>
          <w:rFonts w:ascii="Arial" w:hAnsi="Arial" w:cs="Arial"/>
        </w:rPr>
        <w:t>The job description may be amended at the discretion of the Headteacher to meet the changing needs of the school.</w:t>
      </w:r>
    </w:p>
    <w:p w14:paraId="7188BFDC" w14:textId="77777777" w:rsidR="005166ED" w:rsidRPr="0004073F" w:rsidRDefault="005166ED" w:rsidP="005166ED">
      <w:pPr>
        <w:pStyle w:val="ListBullet"/>
        <w:rPr>
          <w:rFonts w:ascii="Arial" w:hAnsi="Arial" w:cs="Arial"/>
        </w:rPr>
      </w:pPr>
      <w:r w:rsidRPr="0004073F">
        <w:rPr>
          <w:rFonts w:ascii="Arial" w:hAnsi="Arial" w:cs="Arial"/>
        </w:rPr>
        <w:t>Reasonable adjustments will be made to support disabled applicants or employees.</w:t>
      </w:r>
    </w:p>
    <w:p w14:paraId="26353FDA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63DF5B72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0AC408AC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1D8D6350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5427A9B6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10A6870F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5F97F90E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643A672C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2F950210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027CFC0E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p w14:paraId="0FDE4934" w14:textId="77777777" w:rsidR="005D4E95" w:rsidRDefault="005D4E95" w:rsidP="005D4E95">
      <w:pPr>
        <w:ind w:left="2160" w:hanging="2160"/>
        <w:rPr>
          <w:rFonts w:ascii="Arial" w:hAnsi="Arial" w:cs="Arial"/>
        </w:rPr>
      </w:pPr>
    </w:p>
    <w:sectPr w:rsidR="005D4E95" w:rsidSect="0051642C">
      <w:head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24865" w14:textId="77777777" w:rsidR="006D1221" w:rsidRDefault="006D1221" w:rsidP="0051642C">
      <w:pPr>
        <w:spacing w:after="0" w:line="240" w:lineRule="auto"/>
      </w:pPr>
      <w:r>
        <w:separator/>
      </w:r>
    </w:p>
  </w:endnote>
  <w:endnote w:type="continuationSeparator" w:id="0">
    <w:p w14:paraId="0F3BF205" w14:textId="77777777" w:rsidR="006D1221" w:rsidRDefault="006D1221" w:rsidP="00516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9A942" w14:textId="77777777" w:rsidR="006D1221" w:rsidRDefault="006D1221" w:rsidP="0051642C">
      <w:pPr>
        <w:spacing w:after="0" w:line="240" w:lineRule="auto"/>
      </w:pPr>
      <w:r>
        <w:separator/>
      </w:r>
    </w:p>
  </w:footnote>
  <w:footnote w:type="continuationSeparator" w:id="0">
    <w:p w14:paraId="37796F1D" w14:textId="77777777" w:rsidR="006D1221" w:rsidRDefault="006D1221" w:rsidP="00516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5DE7C" w14:textId="77777777" w:rsidR="0051642C" w:rsidRPr="0051642C" w:rsidRDefault="0051642C" w:rsidP="0051642C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val="en-GB"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5F2A47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597806"/>
    <w:multiLevelType w:val="hybridMultilevel"/>
    <w:tmpl w:val="813C5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5432EB"/>
    <w:multiLevelType w:val="hybridMultilevel"/>
    <w:tmpl w:val="556A3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32C99"/>
    <w:multiLevelType w:val="hybridMultilevel"/>
    <w:tmpl w:val="597ECC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713831B6"/>
    <w:multiLevelType w:val="hybridMultilevel"/>
    <w:tmpl w:val="64823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81894"/>
    <w:multiLevelType w:val="hybridMultilevel"/>
    <w:tmpl w:val="5B6A7350"/>
    <w:lvl w:ilvl="0" w:tplc="5BB809B6">
      <w:start w:val="1"/>
      <w:numFmt w:val="bullet"/>
      <w:lvlText w:val="•"/>
      <w:lvlJc w:val="left"/>
      <w:pPr>
        <w:ind w:left="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D39CAF9C">
      <w:start w:val="1"/>
      <w:numFmt w:val="bullet"/>
      <w:lvlText w:val="o"/>
      <w:lvlJc w:val="left"/>
      <w:pPr>
        <w:ind w:left="1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7B04C616">
      <w:start w:val="1"/>
      <w:numFmt w:val="bullet"/>
      <w:lvlText w:val="▪"/>
      <w:lvlJc w:val="left"/>
      <w:pPr>
        <w:ind w:left="21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C6A8909C">
      <w:start w:val="1"/>
      <w:numFmt w:val="bullet"/>
      <w:lvlText w:val="•"/>
      <w:lvlJc w:val="left"/>
      <w:pPr>
        <w:ind w:left="28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19288E18">
      <w:start w:val="1"/>
      <w:numFmt w:val="bullet"/>
      <w:lvlText w:val="o"/>
      <w:lvlJc w:val="left"/>
      <w:pPr>
        <w:ind w:left="359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CE9A7CF8">
      <w:start w:val="1"/>
      <w:numFmt w:val="bullet"/>
      <w:lvlText w:val="▪"/>
      <w:lvlJc w:val="left"/>
      <w:pPr>
        <w:ind w:left="43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9612CAF0">
      <w:start w:val="1"/>
      <w:numFmt w:val="bullet"/>
      <w:lvlText w:val="•"/>
      <w:lvlJc w:val="left"/>
      <w:pPr>
        <w:ind w:left="503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17348A36">
      <w:start w:val="1"/>
      <w:numFmt w:val="bullet"/>
      <w:lvlText w:val="o"/>
      <w:lvlJc w:val="left"/>
      <w:pPr>
        <w:ind w:left="57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B742EC8C">
      <w:start w:val="1"/>
      <w:numFmt w:val="bullet"/>
      <w:lvlText w:val="▪"/>
      <w:lvlJc w:val="left"/>
      <w:pPr>
        <w:ind w:left="647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2041320868">
    <w:abstractNumId w:val="8"/>
  </w:num>
  <w:num w:numId="2" w16cid:durableId="613902866">
    <w:abstractNumId w:val="6"/>
  </w:num>
  <w:num w:numId="3" w16cid:durableId="495808462">
    <w:abstractNumId w:val="5"/>
  </w:num>
  <w:num w:numId="4" w16cid:durableId="1571691304">
    <w:abstractNumId w:val="4"/>
  </w:num>
  <w:num w:numId="5" w16cid:durableId="793790637">
    <w:abstractNumId w:val="7"/>
  </w:num>
  <w:num w:numId="6" w16cid:durableId="1133326151">
    <w:abstractNumId w:val="3"/>
  </w:num>
  <w:num w:numId="7" w16cid:durableId="516041648">
    <w:abstractNumId w:val="2"/>
  </w:num>
  <w:num w:numId="8" w16cid:durableId="1879467973">
    <w:abstractNumId w:val="1"/>
  </w:num>
  <w:num w:numId="9" w16cid:durableId="644822553">
    <w:abstractNumId w:val="0"/>
  </w:num>
  <w:num w:numId="10" w16cid:durableId="618609806">
    <w:abstractNumId w:val="10"/>
  </w:num>
  <w:num w:numId="11" w16cid:durableId="509758874">
    <w:abstractNumId w:val="12"/>
  </w:num>
  <w:num w:numId="12" w16cid:durableId="115949008">
    <w:abstractNumId w:val="9"/>
  </w:num>
  <w:num w:numId="13" w16cid:durableId="1516990941">
    <w:abstractNumId w:val="13"/>
  </w:num>
  <w:num w:numId="14" w16cid:durableId="1816299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7769"/>
    <w:rsid w:val="0004073F"/>
    <w:rsid w:val="0006063C"/>
    <w:rsid w:val="0015074B"/>
    <w:rsid w:val="001619C1"/>
    <w:rsid w:val="001901BE"/>
    <w:rsid w:val="0029639D"/>
    <w:rsid w:val="002F6B50"/>
    <w:rsid w:val="00326F90"/>
    <w:rsid w:val="003936B4"/>
    <w:rsid w:val="0051642C"/>
    <w:rsid w:val="005166ED"/>
    <w:rsid w:val="005D4E95"/>
    <w:rsid w:val="006D1221"/>
    <w:rsid w:val="007A59E6"/>
    <w:rsid w:val="007F71FA"/>
    <w:rsid w:val="008D721F"/>
    <w:rsid w:val="00A110E8"/>
    <w:rsid w:val="00AA1D8D"/>
    <w:rsid w:val="00AB3DE1"/>
    <w:rsid w:val="00B47730"/>
    <w:rsid w:val="00BC550D"/>
    <w:rsid w:val="00CB0664"/>
    <w:rsid w:val="00CB342E"/>
    <w:rsid w:val="00CE0CE0"/>
    <w:rsid w:val="00DB6C1D"/>
    <w:rsid w:val="00E86FD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7C4536"/>
  <w14:defaultImageDpi w14:val="300"/>
  <w15:docId w15:val="{4712FCF6-9189-499E-BD5F-D19790C3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516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AE1AB4-38B6-423B-A4BD-225A50966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Jenny Hornsby</cp:lastModifiedBy>
  <cp:revision>3</cp:revision>
  <dcterms:created xsi:type="dcterms:W3CDTF">2026-04-29T14:37:00Z</dcterms:created>
  <dcterms:modified xsi:type="dcterms:W3CDTF">2026-04-29T14:39:00Z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67d9a783-24a2-4f5b-8a1c-4d944de057ac</vt:lpwstr>
  </property>
</Properties>
</file>